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8F" w:rsidRPr="00286D46" w:rsidRDefault="00676D50">
      <w:pPr>
        <w:pStyle w:val="1"/>
        <w:rPr>
          <w:lang w:val="ru-RU"/>
        </w:rPr>
      </w:pPr>
      <w:r w:rsidRPr="00286D46">
        <w:rPr>
          <w:lang w:val="ru-RU"/>
        </w:rPr>
        <w:t>ДОГОВОР ПУБЛИЧНОЙ ОФЕРТЫ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на оказание услуг по обучению иностранным языкам</w:t>
      </w:r>
    </w:p>
    <w:p w:rsidR="0075758F" w:rsidRPr="00286D46" w:rsidRDefault="00676D50">
      <w:pPr>
        <w:spacing w:after="0" w:line="360" w:lineRule="auto"/>
        <w:ind w:firstLine="709"/>
        <w:rPr>
          <w:lang w:val="ru-RU"/>
        </w:rPr>
      </w:pPr>
      <w:r w:rsidRPr="00286D46">
        <w:rPr>
          <w:lang w:val="ru-RU"/>
        </w:rPr>
        <w:t xml:space="preserve">г. </w:t>
      </w:r>
      <w:r w:rsidR="00286D46">
        <w:rPr>
          <w:lang w:val="ru-RU"/>
        </w:rPr>
        <w:t xml:space="preserve">Видное </w:t>
      </w:r>
      <w:r w:rsidRPr="00286D46">
        <w:rPr>
          <w:lang w:val="ru-RU"/>
        </w:rPr>
        <w:t>(место оказания услуг)</w:t>
      </w:r>
    </w:p>
    <w:p w:rsidR="0075758F" w:rsidRPr="00286D46" w:rsidRDefault="00676D50">
      <w:pPr>
        <w:spacing w:after="0" w:line="360" w:lineRule="auto"/>
        <w:jc w:val="right"/>
        <w:rPr>
          <w:lang w:val="ru-RU"/>
        </w:rPr>
      </w:pPr>
      <w:r w:rsidRPr="00286D46">
        <w:rPr>
          <w:lang w:val="ru-RU"/>
        </w:rPr>
        <w:t>«</w:t>
      </w:r>
      <w:r w:rsidR="00286D46">
        <w:rPr>
          <w:lang w:val="ru-RU"/>
        </w:rPr>
        <w:t>____</w:t>
      </w:r>
      <w:r w:rsidRPr="00286D46">
        <w:rPr>
          <w:b/>
          <w:i/>
          <w:lang w:val="ru-RU"/>
        </w:rPr>
        <w:t>» ___________ 20</w:t>
      </w:r>
      <w:r w:rsidR="00286D46">
        <w:rPr>
          <w:b/>
          <w:i/>
          <w:lang w:val="ru-RU"/>
        </w:rPr>
        <w:t>26</w:t>
      </w:r>
      <w:r w:rsidRPr="00286D46">
        <w:rPr>
          <w:lang w:val="ru-RU"/>
        </w:rPr>
        <w:t xml:space="preserve"> г.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Настоящий документ является публичной офертой (ст. 437 Гражданского кодекса Российской Федерации) и адресован </w:t>
      </w:r>
      <w:r w:rsidRPr="00286D46">
        <w:rPr>
          <w:lang w:val="ru-RU"/>
        </w:rPr>
        <w:t>неопределенному кругу физических лиц (далее – «Заказчик»), желающих воспользоваться услугами по обучению иностранным языкам, оказываемыми Исполнителем.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b/>
          <w:lang w:val="ru-RU"/>
        </w:rPr>
        <w:t>Исполнитель:</w:t>
      </w:r>
      <w:r w:rsidRPr="00286D46">
        <w:rPr>
          <w:lang w:val="ru-RU"/>
        </w:rPr>
        <w:t xml:space="preserve"> </w:t>
      </w:r>
      <w:r w:rsidR="00286D46">
        <w:rPr>
          <w:lang w:val="ru-RU"/>
        </w:rPr>
        <w:t xml:space="preserve">Мещеряков </w:t>
      </w:r>
      <w:proofErr w:type="spellStart"/>
      <w:r w:rsidR="00286D46">
        <w:rPr>
          <w:lang w:val="ru-RU"/>
        </w:rPr>
        <w:t>Мераб</w:t>
      </w:r>
      <w:proofErr w:type="spellEnd"/>
      <w:r w:rsidR="00286D46">
        <w:rPr>
          <w:lang w:val="ru-RU"/>
        </w:rPr>
        <w:t xml:space="preserve"> Григорьевич</w:t>
      </w:r>
      <w:r w:rsidRPr="00286D46">
        <w:rPr>
          <w:lang w:val="ru-RU"/>
        </w:rPr>
        <w:t xml:space="preserve">, ИНН </w:t>
      </w:r>
      <w:r w:rsidR="00286D46">
        <w:rPr>
          <w:lang w:val="ru-RU"/>
        </w:rPr>
        <w:t>481302442168</w:t>
      </w:r>
      <w:r w:rsidRPr="00286D46">
        <w:rPr>
          <w:lang w:val="ru-RU"/>
        </w:rPr>
        <w:t>, зарегистрирова</w:t>
      </w:r>
      <w:proofErr w:type="gramStart"/>
      <w:r w:rsidRPr="00286D46">
        <w:rPr>
          <w:lang w:val="ru-RU"/>
        </w:rPr>
        <w:t>н(</w:t>
      </w:r>
      <w:proofErr w:type="gramEnd"/>
      <w:r w:rsidRPr="00286D46">
        <w:rPr>
          <w:lang w:val="ru-RU"/>
        </w:rPr>
        <w:t xml:space="preserve">а) </w:t>
      </w:r>
      <w:r w:rsidR="00286D46">
        <w:rPr>
          <w:lang w:val="ru-RU"/>
        </w:rPr>
        <w:t xml:space="preserve">по адресу: </w:t>
      </w:r>
      <w:proofErr w:type="gramStart"/>
      <w:r w:rsidR="00286D46">
        <w:rPr>
          <w:lang w:val="ru-RU"/>
        </w:rPr>
        <w:t>Липецкая область, р-н Липецкий, с. Подгорное, ул. Титова, д.86</w:t>
      </w:r>
      <w:r w:rsidRPr="00286D46">
        <w:rPr>
          <w:lang w:val="ru-RU"/>
        </w:rPr>
        <w:t xml:space="preserve"> (адрес регистрации), оказывает Услуги по адресу:</w:t>
      </w:r>
      <w:proofErr w:type="gramEnd"/>
      <w:r w:rsidRPr="00286D46">
        <w:rPr>
          <w:lang w:val="ru-RU"/>
        </w:rPr>
        <w:t xml:space="preserve"> </w:t>
      </w:r>
      <w:r w:rsidR="00286D46">
        <w:rPr>
          <w:lang w:val="ru-RU"/>
        </w:rPr>
        <w:t xml:space="preserve">Московская область, г. Видное, </w:t>
      </w:r>
      <w:proofErr w:type="spellStart"/>
      <w:r w:rsidR="00286D46">
        <w:rPr>
          <w:lang w:val="ru-RU"/>
        </w:rPr>
        <w:t>пгт</w:t>
      </w:r>
      <w:proofErr w:type="spellEnd"/>
      <w:r w:rsidR="00286D46">
        <w:rPr>
          <w:lang w:val="ru-RU"/>
        </w:rPr>
        <w:t xml:space="preserve"> </w:t>
      </w:r>
      <w:proofErr w:type="spellStart"/>
      <w:r w:rsidR="00286D46">
        <w:rPr>
          <w:lang w:val="ru-RU"/>
        </w:rPr>
        <w:t>Мисайлово</w:t>
      </w:r>
      <w:proofErr w:type="spellEnd"/>
      <w:r w:rsidR="00286D46">
        <w:rPr>
          <w:lang w:val="ru-RU"/>
        </w:rPr>
        <w:t xml:space="preserve">, Пригородное шоссе, д. 12 (адрес студии), являющийся </w:t>
      </w:r>
      <w:r w:rsidRPr="00286D46">
        <w:rPr>
          <w:lang w:val="ru-RU"/>
        </w:rPr>
        <w:t>плательщиком налога на профессиональный доход (</w:t>
      </w:r>
      <w:proofErr w:type="spellStart"/>
      <w:r w:rsidRPr="00286D46">
        <w:rPr>
          <w:lang w:val="ru-RU"/>
        </w:rPr>
        <w:t>самозанятый</w:t>
      </w:r>
      <w:proofErr w:type="spellEnd"/>
      <w:r w:rsidRPr="00286D46">
        <w:rPr>
          <w:lang w:val="ru-RU"/>
        </w:rPr>
        <w:t>), (далее –</w:t>
      </w:r>
      <w:r w:rsidRPr="00286D46">
        <w:rPr>
          <w:lang w:val="ru-RU"/>
        </w:rPr>
        <w:t xml:space="preserve"> «Исполнитель»).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proofErr w:type="gramStart"/>
      <w:r w:rsidRPr="00286D46">
        <w:rPr>
          <w:lang w:val="ru-RU"/>
        </w:rPr>
        <w:t>В соответствии со ст. 438 ГК РФ безусловным акцептом (принятием) настоящей оферты считается совершение Заказчиком одного из следующих действий: оплата услуг Исполнителя; заполнение регистрационной формы (заявки) на сайте Исполнителя в сети</w:t>
      </w:r>
      <w:r w:rsidRPr="00286D46">
        <w:rPr>
          <w:lang w:val="ru-RU"/>
        </w:rPr>
        <w:t xml:space="preserve"> Интернет по адресу: </w:t>
      </w:r>
      <w:r w:rsidR="00286D46" w:rsidRPr="00286D46">
        <w:rPr>
          <w:lang w:val="ru-RU"/>
        </w:rPr>
        <w:t>http://lingvyonok.ru</w:t>
      </w:r>
      <w:r w:rsidRPr="00286D46">
        <w:rPr>
          <w:lang w:val="ru-RU"/>
        </w:rPr>
        <w:t xml:space="preserve"> (далее – «Сайт») и ее отправка; проставление отметки о согласии с условиями настоящего Договора на Сайте.</w:t>
      </w:r>
      <w:proofErr w:type="gramEnd"/>
      <w:r w:rsidRPr="00286D46">
        <w:rPr>
          <w:lang w:val="ru-RU"/>
        </w:rPr>
        <w:t xml:space="preserve"> С момента акцепта настоящий Договор считается заключенным в письменной форме (п. 3 ст. 434, п. 3 ст. 43</w:t>
      </w:r>
      <w:r w:rsidRPr="00286D46">
        <w:rPr>
          <w:lang w:val="ru-RU"/>
        </w:rPr>
        <w:t>8 ГК РФ).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1. ТЕРМИНЫ И ОПРЕДЕЛЕНИЯ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1.1. </w:t>
      </w:r>
      <w:r w:rsidRPr="00286D46">
        <w:rPr>
          <w:b/>
          <w:lang w:val="ru-RU"/>
        </w:rPr>
        <w:t>Оферта</w:t>
      </w:r>
      <w:r w:rsidRPr="00286D46">
        <w:rPr>
          <w:lang w:val="ru-RU"/>
        </w:rPr>
        <w:t xml:space="preserve"> – настоящий документ «Договор публичной оферты на оказание услуг по обучению иностранным языкам», опубликованный на Сайте Исполнителя.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1.2. </w:t>
      </w:r>
      <w:r w:rsidRPr="00286D46">
        <w:rPr>
          <w:b/>
          <w:lang w:val="ru-RU"/>
        </w:rPr>
        <w:t>Акцепт</w:t>
      </w:r>
      <w:r w:rsidRPr="00286D46">
        <w:rPr>
          <w:lang w:val="ru-RU"/>
        </w:rPr>
        <w:t xml:space="preserve"> – полное и безоговорочное принятие Заказчиком условий Оферты п</w:t>
      </w:r>
      <w:r w:rsidRPr="00286D46">
        <w:rPr>
          <w:lang w:val="ru-RU"/>
        </w:rPr>
        <w:t>утем совершения действий, указанных в настоящем Договоре.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1.3. </w:t>
      </w:r>
      <w:r w:rsidRPr="00286D46">
        <w:rPr>
          <w:b/>
          <w:lang w:val="ru-RU"/>
        </w:rPr>
        <w:t>Заказчик</w:t>
      </w:r>
      <w:r w:rsidRPr="00286D46">
        <w:rPr>
          <w:lang w:val="ru-RU"/>
        </w:rPr>
        <w:t xml:space="preserve"> – физическое лицо (родитель, законный представитель несовершеннолетнего), осуществившее Акцепт Оферты и являющееся стороной 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1.4. </w:t>
      </w:r>
      <w:r w:rsidRPr="00286D46">
        <w:rPr>
          <w:b/>
          <w:lang w:val="ru-RU"/>
        </w:rPr>
        <w:t>Обучающийся</w:t>
      </w:r>
      <w:r w:rsidRPr="00286D46">
        <w:rPr>
          <w:lang w:val="ru-RU"/>
        </w:rPr>
        <w:t xml:space="preserve"> – лицо в возрасте от 3 лет, в инт</w:t>
      </w:r>
      <w:r w:rsidRPr="00286D46">
        <w:rPr>
          <w:lang w:val="ru-RU"/>
        </w:rPr>
        <w:t>ересах которого Заказчик заключает настоящий Договор и которому Исполнитель оказывает Услуги.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1.5. </w:t>
      </w:r>
      <w:r w:rsidRPr="00286D46">
        <w:rPr>
          <w:b/>
          <w:lang w:val="ru-RU"/>
        </w:rPr>
        <w:t>Услуги</w:t>
      </w:r>
      <w:r w:rsidRPr="00286D46">
        <w:rPr>
          <w:lang w:val="ru-RU"/>
        </w:rPr>
        <w:t xml:space="preserve"> – услуги по обучению иностранным языкам (репетиторство), оказываемые Исполнителем в индивидуальной, парной или групповой форме, в офлайн-формате (по а</w:t>
      </w:r>
      <w:r w:rsidRPr="00286D46">
        <w:rPr>
          <w:lang w:val="ru-RU"/>
        </w:rPr>
        <w:t>дресу Исполнителя) и/или в онлайн-формате (с использованием программно-аппаратных средств видеосвязи).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lastRenderedPageBreak/>
        <w:t xml:space="preserve">1.6. </w:t>
      </w:r>
      <w:r w:rsidRPr="00286D46">
        <w:rPr>
          <w:b/>
          <w:lang w:val="ru-RU"/>
        </w:rPr>
        <w:t>Сайт</w:t>
      </w:r>
      <w:r w:rsidRPr="00286D46">
        <w:rPr>
          <w:lang w:val="ru-RU"/>
        </w:rPr>
        <w:t xml:space="preserve"> – интернет-сайт Исполнителя, расположенный по адресу: </w:t>
      </w:r>
      <w:r w:rsidR="00286D46" w:rsidRPr="00286D46">
        <w:rPr>
          <w:lang w:val="ru-RU"/>
        </w:rPr>
        <w:t>http://lingvyonok.ru</w:t>
      </w:r>
      <w:r w:rsidRPr="00286D46">
        <w:rPr>
          <w:lang w:val="ru-RU"/>
        </w:rPr>
        <w:t>, на котором размещена информация об Услугах и настоящая Оферта.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1.7. </w:t>
      </w:r>
      <w:r w:rsidRPr="00286D46">
        <w:rPr>
          <w:b/>
          <w:lang w:val="ru-RU"/>
        </w:rPr>
        <w:t>Личный кабинет</w:t>
      </w:r>
      <w:r w:rsidRPr="00286D46">
        <w:rPr>
          <w:lang w:val="ru-RU"/>
        </w:rPr>
        <w:t xml:space="preserve"> – персонализированный раздел Сайта, доступ к которому осуществляется после регистрации Заказчика на Сайте.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1.8. </w:t>
      </w:r>
      <w:r w:rsidRPr="00286D46">
        <w:rPr>
          <w:b/>
          <w:lang w:val="ru-RU"/>
        </w:rPr>
        <w:t>Стороны</w:t>
      </w:r>
      <w:r w:rsidRPr="00286D46">
        <w:rPr>
          <w:lang w:val="ru-RU"/>
        </w:rPr>
        <w:t xml:space="preserve"> – Исполнитель и Заказчик, совместно именуемые Стороны.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2. ПРЕДМЕТ ДОГОВОРА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2.1. Исполнитель обязуется оказать Заказ</w:t>
      </w:r>
      <w:r w:rsidRPr="00286D46">
        <w:rPr>
          <w:lang w:val="ru-RU"/>
        </w:rPr>
        <w:t>чику услуги по обучению иностранным языкам (далее – «Услуги») в отношении Обучающегося, а Заказчик обязуется принять и оплатить эти Услуги в порядке и на условиях, установленных настоящим Договором.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2.2. Конкретный перечень, объем, формат, периодичность и </w:t>
      </w:r>
      <w:r w:rsidRPr="00286D46">
        <w:rPr>
          <w:lang w:val="ru-RU"/>
        </w:rPr>
        <w:t>стоимость Услуг определяются Сторонами в Заявке (Приложение № 1 к настоящему Договору), которая является неотъемлемой частью Договора, или в Личном кабинете Заказчика на Сайте.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2.3. Услуги оказываются по следующим иностранным языкам: </w:t>
      </w:r>
      <w:r w:rsidR="00286D46">
        <w:rPr>
          <w:lang w:val="ru-RU"/>
        </w:rPr>
        <w:t>Русский язык; Английский язык; Китайский язык; Арабский язык</w:t>
      </w:r>
      <w:r w:rsidRPr="00286D46">
        <w:rPr>
          <w:lang w:val="ru-RU"/>
        </w:rPr>
        <w:t>.</w:t>
      </w:r>
    </w:p>
    <w:p w:rsidR="0075758F" w:rsidRDefault="00676D50">
      <w:pPr>
        <w:spacing w:after="0" w:line="360" w:lineRule="auto"/>
        <w:ind w:firstLine="709"/>
        <w:jc w:val="both"/>
      </w:pPr>
      <w:r>
        <w:t>2.4. Формы оказания Услуг:</w:t>
      </w:r>
    </w:p>
    <w:p w:rsidR="0075758F" w:rsidRDefault="00676D50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индивидуальное занятие (один Обучающийся);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>занятие в паре (два Обучающихся);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мини-группа (от 3 до 6 </w:t>
      </w:r>
      <w:proofErr w:type="gramStart"/>
      <w:r w:rsidRPr="00286D46">
        <w:rPr>
          <w:lang w:val="ru-RU"/>
        </w:rPr>
        <w:t>Обучающихся</w:t>
      </w:r>
      <w:proofErr w:type="gramEnd"/>
      <w:r w:rsidRPr="00286D46">
        <w:rPr>
          <w:lang w:val="ru-RU"/>
        </w:rPr>
        <w:t>).</w:t>
      </w:r>
    </w:p>
    <w:p w:rsidR="0075758F" w:rsidRDefault="00676D50">
      <w:pPr>
        <w:spacing w:after="0" w:line="360" w:lineRule="auto"/>
        <w:ind w:firstLine="709"/>
        <w:jc w:val="both"/>
      </w:pPr>
      <w:r>
        <w:t>2.5. Форматы оказания Услуг:</w:t>
      </w:r>
    </w:p>
    <w:p w:rsidR="0075758F" w:rsidRPr="00286D46" w:rsidRDefault="00676D50" w:rsidP="00286D4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офлайн – по адресу студии: </w:t>
      </w:r>
      <w:r w:rsidR="00286D46" w:rsidRPr="00286D46">
        <w:rPr>
          <w:lang w:val="ru-RU"/>
        </w:rPr>
        <w:t xml:space="preserve">Московская область, г. Видное, </w:t>
      </w:r>
      <w:proofErr w:type="spellStart"/>
      <w:r w:rsidR="00286D46" w:rsidRPr="00286D46">
        <w:rPr>
          <w:lang w:val="ru-RU"/>
        </w:rPr>
        <w:t>пгт</w:t>
      </w:r>
      <w:proofErr w:type="spellEnd"/>
      <w:r w:rsidR="00286D46" w:rsidRPr="00286D46">
        <w:rPr>
          <w:lang w:val="ru-RU"/>
        </w:rPr>
        <w:t xml:space="preserve"> </w:t>
      </w:r>
      <w:proofErr w:type="spellStart"/>
      <w:r w:rsidR="00286D46" w:rsidRPr="00286D46">
        <w:rPr>
          <w:lang w:val="ru-RU"/>
        </w:rPr>
        <w:t>Мисайлово</w:t>
      </w:r>
      <w:proofErr w:type="spellEnd"/>
      <w:r w:rsidR="00286D46" w:rsidRPr="00286D46">
        <w:rPr>
          <w:lang w:val="ru-RU"/>
        </w:rPr>
        <w:t>, Пригородное шоссе, д. 12</w:t>
      </w:r>
      <w:r w:rsidRPr="00286D46">
        <w:rPr>
          <w:lang w:val="ru-RU"/>
        </w:rPr>
        <w:t>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>онлайн – с использованием систем видеоконференцсвязи (</w:t>
      </w:r>
      <w:r>
        <w:t>Zoom</w:t>
      </w:r>
      <w:r w:rsidRPr="00286D46">
        <w:rPr>
          <w:lang w:val="ru-RU"/>
        </w:rPr>
        <w:t>, Яндекс Телемост или иных).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2.6. Настоящий Договор не является договором об оказании платных образовательных услуг в значении, придаваемом Федеральны</w:t>
      </w:r>
      <w:r w:rsidRPr="00286D46">
        <w:rPr>
          <w:lang w:val="ru-RU"/>
        </w:rPr>
        <w:t>м законом от 29.12.2012 № 273-ФЗ «Об образовании в Российской Федерации». Услуги по настоящему Договору не сопровождаются итоговой аттестацией, выдачей документов об образовании и (или) квалификации, реализацией образовательных программ. Исполнитель оказыв</w:t>
      </w:r>
      <w:r w:rsidRPr="00286D46">
        <w:rPr>
          <w:lang w:val="ru-RU"/>
        </w:rPr>
        <w:t>ает услуги в форме репетиторства (индивидуальной педагогической деятельности).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3. ПОРЯДОК ЗАКЛЮЧЕНИЯ ДОГОВОРА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3.1. Настоящий Договор заключается путем Акцепта Оферты Заказчиком.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3.2. Для заключения Договора Заказчик обязан: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ознакомиться с условиями Оферты </w:t>
      </w:r>
      <w:r w:rsidRPr="00286D46">
        <w:rPr>
          <w:lang w:val="ru-RU"/>
        </w:rPr>
        <w:t>на Сайте;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lastRenderedPageBreak/>
        <w:t xml:space="preserve">зарегистрироваться на Сайте (заполнить регистрационную форму) или направить заявку через форму обратной связи на Сайте, указав фамилию, имя, отчество Заказчика, контактный телефон или </w:t>
      </w:r>
      <w:r>
        <w:t>Telegram</w:t>
      </w:r>
      <w:r w:rsidRPr="00286D46">
        <w:rPr>
          <w:lang w:val="ru-RU"/>
        </w:rPr>
        <w:t>-аккаунт, фамилию и имя Обучающегося, его возраст, пре</w:t>
      </w:r>
      <w:r w:rsidRPr="00286D46">
        <w:rPr>
          <w:lang w:val="ru-RU"/>
        </w:rPr>
        <w:t>дпочитаемый язык, формат и периодичность занятий;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>оплатить Услуги одним из способов, указанных в разделе 5 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3.3. Датой заключения Договора считается дата поступления денежных средств на счет Исполнителя либо дата отправки регистрационной формы (за</w:t>
      </w:r>
      <w:r w:rsidRPr="00286D46">
        <w:rPr>
          <w:lang w:val="ru-RU"/>
        </w:rPr>
        <w:t>явки) с Сайта (в зависимости от того, что наступило раньше).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3.4. Исполнитель вправе отказать Заказчику в заключени</w:t>
      </w:r>
      <w:proofErr w:type="gramStart"/>
      <w:r w:rsidRPr="00286D46">
        <w:rPr>
          <w:lang w:val="ru-RU"/>
        </w:rPr>
        <w:t>и</w:t>
      </w:r>
      <w:proofErr w:type="gramEnd"/>
      <w:r w:rsidRPr="00286D46">
        <w:rPr>
          <w:lang w:val="ru-RU"/>
        </w:rPr>
        <w:t xml:space="preserve"> Договора без объяснения причин, в том числе при наличии свободных мест в группах.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4. ПРАВА И ОБЯЗАННОСТИ СТОРОН</w:t>
      </w:r>
    </w:p>
    <w:p w:rsidR="0075758F" w:rsidRPr="00286D46" w:rsidRDefault="00676D50">
      <w:pPr>
        <w:pStyle w:val="31"/>
        <w:rPr>
          <w:lang w:val="ru-RU"/>
        </w:rPr>
      </w:pPr>
      <w:r w:rsidRPr="00286D46">
        <w:rPr>
          <w:lang w:val="ru-RU"/>
        </w:rPr>
        <w:t>4.1. Исполнитель обязуется: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4.1.1. Оказывать Услуги надлежащего качества в соответствии с условиями настоящего 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4.1.2. Обеспечивать проведение занятий в соответствии с согласованным расписанием.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4.1.3. Предоставлять Заказчику по его требованию информацию о ходе оказания Усл</w:t>
      </w:r>
      <w:r w:rsidRPr="00286D46">
        <w:rPr>
          <w:lang w:val="ru-RU"/>
        </w:rPr>
        <w:t>уг и посещаемости Обучающегося.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4.1.4. Соблюдать требования законодательства о персональных данных.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4.1.5. Предоставить Заказчику информацию о факте государственной регистрации в качестве </w:t>
      </w:r>
      <w:proofErr w:type="spellStart"/>
      <w:r w:rsidRPr="00286D46">
        <w:rPr>
          <w:lang w:val="ru-RU"/>
        </w:rPr>
        <w:t>самозанятого</w:t>
      </w:r>
      <w:proofErr w:type="spellEnd"/>
      <w:r w:rsidRPr="00286D46">
        <w:rPr>
          <w:lang w:val="ru-RU"/>
        </w:rPr>
        <w:t>, об уровне своего профессионального образования и общем</w:t>
      </w:r>
      <w:r w:rsidRPr="00286D46">
        <w:rPr>
          <w:lang w:val="ru-RU"/>
        </w:rPr>
        <w:t xml:space="preserve"> стаже педагогической деятельности.</w:t>
      </w:r>
    </w:p>
    <w:p w:rsidR="0075758F" w:rsidRPr="00286D46" w:rsidRDefault="00676D50">
      <w:pPr>
        <w:pStyle w:val="31"/>
        <w:rPr>
          <w:lang w:val="ru-RU"/>
        </w:rPr>
      </w:pPr>
      <w:r w:rsidRPr="00286D46">
        <w:rPr>
          <w:lang w:val="ru-RU"/>
        </w:rPr>
        <w:t>4.2. Исполнитель вправе: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4.2.1. Отказаться от оказания Услуг в одностороннем порядке в случае нарушения Заказчиком условий настоящего 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4.2.2. Изменять расписание занятий, предварительно уведомив Заказчика не мен</w:t>
      </w:r>
      <w:r w:rsidRPr="00286D46">
        <w:rPr>
          <w:lang w:val="ru-RU"/>
        </w:rPr>
        <w:t>ее чем за 24 часа.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4.2.3. Оказывать Услуги лично. Привлечение третьих лиц для оказания Услуг допускается только с предварительного письменного согласия Заказчика (в том числе выраженного через </w:t>
      </w:r>
      <w:proofErr w:type="spellStart"/>
      <w:r w:rsidRPr="00286D46">
        <w:rPr>
          <w:lang w:val="ru-RU"/>
        </w:rPr>
        <w:t>мессенджеры</w:t>
      </w:r>
      <w:proofErr w:type="spellEnd"/>
      <w:r w:rsidRPr="00286D46">
        <w:rPr>
          <w:lang w:val="ru-RU"/>
        </w:rPr>
        <w:t xml:space="preserve"> или Личный кабинет), при этом Исполнитель несет пол</w:t>
      </w:r>
      <w:r w:rsidRPr="00286D46">
        <w:rPr>
          <w:lang w:val="ru-RU"/>
        </w:rPr>
        <w:t>ную ответственность за качество Услуг, оказанных с привлечением третьих лиц.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4.2.4. Использовать информационно-коммуникационные сети, программное обеспечение и технические средства по своему усмотрению для оказания Услуг.</w:t>
      </w:r>
    </w:p>
    <w:p w:rsidR="0075758F" w:rsidRPr="00286D46" w:rsidRDefault="00676D50">
      <w:pPr>
        <w:pStyle w:val="31"/>
        <w:rPr>
          <w:lang w:val="ru-RU"/>
        </w:rPr>
      </w:pPr>
      <w:r w:rsidRPr="00286D46">
        <w:rPr>
          <w:lang w:val="ru-RU"/>
        </w:rPr>
        <w:lastRenderedPageBreak/>
        <w:t>4.3. Заказчик обязуется: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4.3.1. </w:t>
      </w:r>
      <w:r w:rsidRPr="00286D46">
        <w:rPr>
          <w:lang w:val="ru-RU"/>
        </w:rPr>
        <w:t>Своевременно и в полном объеме оплачивать Услуги.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4.3.2. Обеспечивать присутствие </w:t>
      </w:r>
      <w:proofErr w:type="gramStart"/>
      <w:r w:rsidRPr="00286D46">
        <w:rPr>
          <w:lang w:val="ru-RU"/>
        </w:rPr>
        <w:t>Обучающегося</w:t>
      </w:r>
      <w:proofErr w:type="gramEnd"/>
      <w:r w:rsidRPr="00286D46">
        <w:rPr>
          <w:lang w:val="ru-RU"/>
        </w:rPr>
        <w:t xml:space="preserve"> на занятиях согласно расписанию.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4.3.3. Незамедлительно уведомлять Исполнителя о невозможности посещения занятия Обучающимся (не </w:t>
      </w:r>
      <w:proofErr w:type="gramStart"/>
      <w:r w:rsidRPr="00286D46">
        <w:rPr>
          <w:lang w:val="ru-RU"/>
        </w:rPr>
        <w:t>позднее</w:t>
      </w:r>
      <w:proofErr w:type="gramEnd"/>
      <w:r w:rsidRPr="00286D46">
        <w:rPr>
          <w:lang w:val="ru-RU"/>
        </w:rPr>
        <w:t xml:space="preserve"> чем за 4 часа до начала </w:t>
      </w:r>
      <w:r w:rsidRPr="00286D46">
        <w:rPr>
          <w:lang w:val="ru-RU"/>
        </w:rPr>
        <w:t>занятия, если иное не предусмотрено в Заявке).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4.3.4. Обеспечивать надлежащие условия для проведения онлайн-занятий (стабильное </w:t>
      </w:r>
      <w:proofErr w:type="spellStart"/>
      <w:r w:rsidRPr="00286D46">
        <w:rPr>
          <w:lang w:val="ru-RU"/>
        </w:rPr>
        <w:t>интернет-соединение</w:t>
      </w:r>
      <w:proofErr w:type="spellEnd"/>
      <w:r w:rsidRPr="00286D46">
        <w:rPr>
          <w:lang w:val="ru-RU"/>
        </w:rPr>
        <w:t>, работоспособное устройство с камерой и микрофоном, тихое помещение).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4.3.5. Заблаговременно предоставлять И</w:t>
      </w:r>
      <w:r w:rsidRPr="00286D46">
        <w:rPr>
          <w:lang w:val="ru-RU"/>
        </w:rPr>
        <w:t>сполнителю достоверные сведения об Обучающемся, необходимые для оказания Услуг (в том числе об уровне владения языком, состоянии здоровья, особенностях развития).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4.3.6. Не создавать помех проведению занятий, соблюдать правила поведения, установленные Испо</w:t>
      </w:r>
      <w:r w:rsidRPr="00286D46">
        <w:rPr>
          <w:lang w:val="ru-RU"/>
        </w:rPr>
        <w:t>лнителем.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4.3.7. Не осуществлять аудио- и видеозапись занятий без письменного согласия Исполнителя.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4.3.8. Обеспечить ознакомление Обучающегося с правилами поведения на занятиях.</w:t>
      </w:r>
    </w:p>
    <w:p w:rsidR="0075758F" w:rsidRPr="00286D46" w:rsidRDefault="00676D50">
      <w:pPr>
        <w:pStyle w:val="31"/>
        <w:rPr>
          <w:lang w:val="ru-RU"/>
        </w:rPr>
      </w:pPr>
      <w:r w:rsidRPr="00286D46">
        <w:rPr>
          <w:lang w:val="ru-RU"/>
        </w:rPr>
        <w:t>4.4. Заказчик вправе: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4.4.1. Получать от Исполнителя информацию о порядке, хо</w:t>
      </w:r>
      <w:r w:rsidRPr="00286D46">
        <w:rPr>
          <w:lang w:val="ru-RU"/>
        </w:rPr>
        <w:t>де и результатах оказания Услуг.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4.4.2. Отказаться от исполнения Договора в любое время, уведомив Исполнителя в порядке, предусмотренном п. 10.3 Договора, при условии оплаты Исполнителю стоимости фактически оказанных Услуг и фактически понесенных расходов.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5. СТОИМОСТЬ УСЛУГ И ПОРЯДОК РАСЧЕТОВ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5.1. Стоимость Услуг устанавливается Исполнителем в Прейскуранте, размещенном на Сайте, и указывается в Заявке (Приложение № 1) или в Личном кабинете Заказчика.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5.2. Оплата Услуг производится Заказчиком одним из следу</w:t>
      </w:r>
      <w:r w:rsidRPr="00286D46">
        <w:rPr>
          <w:lang w:val="ru-RU"/>
        </w:rPr>
        <w:t>ющих способов: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>безналичный перевод на банковскую карту Исполнителя;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>безналичный перевод на расчетный счет Исполнителя;</w:t>
      </w:r>
    </w:p>
    <w:p w:rsidR="0075758F" w:rsidRDefault="00676D50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proofErr w:type="gramStart"/>
      <w:r>
        <w:t>наличными</w:t>
      </w:r>
      <w:proofErr w:type="spellEnd"/>
      <w:proofErr w:type="gramEnd"/>
      <w:r>
        <w:t xml:space="preserve"> </w:t>
      </w:r>
      <w:proofErr w:type="spellStart"/>
      <w:r>
        <w:t>денежными</w:t>
      </w:r>
      <w:proofErr w:type="spellEnd"/>
      <w:r>
        <w:t xml:space="preserve"> </w:t>
      </w:r>
      <w:proofErr w:type="spellStart"/>
      <w:r>
        <w:t>средствами</w:t>
      </w:r>
      <w:proofErr w:type="spellEnd"/>
      <w:r>
        <w:t xml:space="preserve"> </w:t>
      </w:r>
      <w:proofErr w:type="spellStart"/>
      <w:r>
        <w:t>Исполнителю</w:t>
      </w:r>
      <w:proofErr w:type="spellEnd"/>
      <w:r>
        <w:t>.</w:t>
      </w:r>
    </w:p>
    <w:p w:rsidR="0075758F" w:rsidRDefault="00676D50">
      <w:pPr>
        <w:spacing w:after="0" w:line="360" w:lineRule="auto"/>
        <w:ind w:firstLine="709"/>
        <w:jc w:val="both"/>
      </w:pPr>
      <w:r>
        <w:t>5.3. Оплата Услуг производится: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lastRenderedPageBreak/>
        <w:t>в виде предоплаты за согласованное количество занятий (абонем</w:t>
      </w:r>
      <w:r w:rsidRPr="00286D46">
        <w:rPr>
          <w:lang w:val="ru-RU"/>
        </w:rPr>
        <w:t xml:space="preserve">ент) или за расчетный период согласно действующему тарифу – не </w:t>
      </w:r>
      <w:proofErr w:type="gramStart"/>
      <w:r w:rsidRPr="00286D46">
        <w:rPr>
          <w:lang w:val="ru-RU"/>
        </w:rPr>
        <w:t>позднее</w:t>
      </w:r>
      <w:proofErr w:type="gramEnd"/>
      <w:r w:rsidRPr="00286D46">
        <w:rPr>
          <w:lang w:val="ru-RU"/>
        </w:rPr>
        <w:t xml:space="preserve"> чем за 3 рабочих дня до начала оплачиваемого периода;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и/или путем оплаты каждого отдельного занятия – не </w:t>
      </w:r>
      <w:proofErr w:type="gramStart"/>
      <w:r w:rsidRPr="00286D46">
        <w:rPr>
          <w:lang w:val="ru-RU"/>
        </w:rPr>
        <w:t>позднее</w:t>
      </w:r>
      <w:proofErr w:type="gramEnd"/>
      <w:r w:rsidRPr="00286D46">
        <w:rPr>
          <w:lang w:val="ru-RU"/>
        </w:rPr>
        <w:t xml:space="preserve"> чем за 24 часа до его начала.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5.4. При оплате наличными денежными средст</w:t>
      </w:r>
      <w:r w:rsidRPr="00286D46">
        <w:rPr>
          <w:lang w:val="ru-RU"/>
        </w:rPr>
        <w:t xml:space="preserve">вами Исполнитель обязан сформировать чек в приложении «Мой налог» и передать его Заказчику (путем направления на абонентский номер или адрес электронной почты, либо предоставив </w:t>
      </w:r>
      <w:r>
        <w:t>QR</w:t>
      </w:r>
      <w:r w:rsidRPr="00286D46">
        <w:rPr>
          <w:lang w:val="ru-RU"/>
        </w:rPr>
        <w:t>-код для считывания) в момент получения наличных денежных сре</w:t>
      </w:r>
      <w:proofErr w:type="gramStart"/>
      <w:r w:rsidRPr="00286D46">
        <w:rPr>
          <w:lang w:val="ru-RU"/>
        </w:rPr>
        <w:t>дств в с</w:t>
      </w:r>
      <w:proofErr w:type="gramEnd"/>
      <w:r w:rsidRPr="00286D46">
        <w:rPr>
          <w:lang w:val="ru-RU"/>
        </w:rPr>
        <w:t>оответст</w:t>
      </w:r>
      <w:r w:rsidRPr="00286D46">
        <w:rPr>
          <w:lang w:val="ru-RU"/>
        </w:rPr>
        <w:t>вии со ст. 14 Федерального закона от 27.11.2018 № 422-ФЗ. При безналичной оплате чек направляется Заказчику в электронной форме не позднее 9-го числа месяца, следующего за месяцем оплаты.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5.5. Исполнитель вправе в одностороннем порядке изменять стоимость У</w:t>
      </w:r>
      <w:r w:rsidRPr="00286D46">
        <w:rPr>
          <w:lang w:val="ru-RU"/>
        </w:rPr>
        <w:t xml:space="preserve">слуг, уведомив Заказчика не менее чем за 14 календарных дней до введения новых цен путем размещения информации на Сайте, а также путем направления уведомления через </w:t>
      </w:r>
      <w:proofErr w:type="spellStart"/>
      <w:r w:rsidRPr="00286D46">
        <w:rPr>
          <w:lang w:val="ru-RU"/>
        </w:rPr>
        <w:t>мессенджеры</w:t>
      </w:r>
      <w:proofErr w:type="spellEnd"/>
      <w:r w:rsidRPr="00286D46">
        <w:rPr>
          <w:lang w:val="ru-RU"/>
        </w:rPr>
        <w:t xml:space="preserve"> (</w:t>
      </w:r>
      <w:r>
        <w:t>Telegram</w:t>
      </w:r>
      <w:r w:rsidRPr="00286D46">
        <w:rPr>
          <w:lang w:val="ru-RU"/>
        </w:rPr>
        <w:t xml:space="preserve">, </w:t>
      </w:r>
      <w:proofErr w:type="spellStart"/>
      <w:r>
        <w:t>WhatsApp</w:t>
      </w:r>
      <w:proofErr w:type="spellEnd"/>
      <w:r w:rsidRPr="00286D46">
        <w:rPr>
          <w:lang w:val="ru-RU"/>
        </w:rPr>
        <w:t>) или иные каналы связи, указанные Заказчиком при заключении</w:t>
      </w:r>
      <w:r w:rsidRPr="00286D46">
        <w:rPr>
          <w:lang w:val="ru-RU"/>
        </w:rPr>
        <w:t xml:space="preserve"> 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5.6. При оплате от юридических лиц и индивидуальных предпринимателей применяется налоговая ставка 6% в соответствии с п. 2 ст. 10 Федерального закона от 27.11.2018 № 422-ФЗ. При оплате от физических лиц применяется налоговая ставка 4% в соответс</w:t>
      </w:r>
      <w:r w:rsidRPr="00286D46">
        <w:rPr>
          <w:lang w:val="ru-RU"/>
        </w:rPr>
        <w:t>твии с п. 1 ст. 10 указанного Закона.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6. ПОРЯДОК ОКАЗАНИЯ УСЛУГ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6.1. Периодичность, продолжительность и время занятий согласовываются Сторонами в Заявке (Приложение № 1) или в Личном кабинете.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6.2. Продолжительность одного занятия определяется выбранной Ус</w:t>
      </w:r>
      <w:r w:rsidRPr="00286D46">
        <w:rPr>
          <w:lang w:val="ru-RU"/>
        </w:rPr>
        <w:t>лугой (тарифом) и составляет 30, 45 или 60 минут. Конкретная продолжительность занятия указывается в Заявке (Приложение № 1) или в Личном кабинете Заказчика.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6.3. Занятия проводятся на основании расписания, согласованного Сторонами. Исполнитель вправе </w:t>
      </w:r>
      <w:r w:rsidRPr="00286D46">
        <w:rPr>
          <w:lang w:val="ru-RU"/>
        </w:rPr>
        <w:t>изменять расписание, предварительно уведомив об этом Заказчика.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6.4. Для онлайн-занятий Исполнитель направляет Заказчику ссылку для подключения к видеоконференции не </w:t>
      </w:r>
      <w:proofErr w:type="gramStart"/>
      <w:r w:rsidRPr="00286D46">
        <w:rPr>
          <w:lang w:val="ru-RU"/>
        </w:rPr>
        <w:t>позднее</w:t>
      </w:r>
      <w:proofErr w:type="gramEnd"/>
      <w:r w:rsidRPr="00286D46">
        <w:rPr>
          <w:lang w:val="ru-RU"/>
        </w:rPr>
        <w:t xml:space="preserve"> чем за 15 минут до начала занятия. Заказчик обязан обеспечить техническую возможно</w:t>
      </w:r>
      <w:r w:rsidRPr="00286D46">
        <w:rPr>
          <w:lang w:val="ru-RU"/>
        </w:rPr>
        <w:t>сть подключения Обучающегося к занятию.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lastRenderedPageBreak/>
        <w:t>6.5. В случае опоздания Обучающегося на занятие, занятие проводится в оставшееся время, при этом его продолжительность не увеличивается, а стоимость не пересчитывается.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6.6. При отмене занятия по инициативе Заказчика</w:t>
      </w:r>
      <w:r w:rsidRPr="00286D46">
        <w:rPr>
          <w:lang w:val="ru-RU"/>
        </w:rPr>
        <w:t xml:space="preserve"> (при уведомлении не менее чем за 4 часа до начала занятия) занятие переносится на другое время, согласованное Сторонами, без дополнительной оплаты. При отмене занятия менее чем за 4 часа до начала либо при неявке Обучающегося на занятие без предварительно</w:t>
      </w:r>
      <w:r w:rsidRPr="00286D46">
        <w:rPr>
          <w:lang w:val="ru-RU"/>
        </w:rPr>
        <w:t>го уведомления, занятие считается проведенным и подлежит оплате в полном объеме.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6.7. При отмене занятия по инициативе Исполнителя (в том числе по причине болезни) занятие переносится на другое время, согласованное Сторонами, либо стоимость занятия засчиты</w:t>
      </w:r>
      <w:r w:rsidRPr="00286D46">
        <w:rPr>
          <w:lang w:val="ru-RU"/>
        </w:rPr>
        <w:t>вается в счет следующего периода.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6.8. При пропуске занятия </w:t>
      </w:r>
      <w:proofErr w:type="gramStart"/>
      <w:r w:rsidRPr="00286D46">
        <w:rPr>
          <w:lang w:val="ru-RU"/>
        </w:rPr>
        <w:t>Обучающимся</w:t>
      </w:r>
      <w:proofErr w:type="gramEnd"/>
      <w:r w:rsidRPr="00286D46">
        <w:rPr>
          <w:lang w:val="ru-RU"/>
        </w:rPr>
        <w:t xml:space="preserve"> по причине болезни (при наличии справки от врача или иного подтверждающего документа) стоимость пропущенного занятия засчитывается в счет следующего периода либо возвращается Заказчику</w:t>
      </w:r>
      <w:r w:rsidRPr="00286D46">
        <w:rPr>
          <w:lang w:val="ru-RU"/>
        </w:rPr>
        <w:t xml:space="preserve"> при его отказе от 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6.9. Особенности занятий в паре и мини-группе: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если один из Обучающихся в паре не явился на занятие, занятие проводится со </w:t>
      </w:r>
      <w:proofErr w:type="gramStart"/>
      <w:r w:rsidRPr="00286D46">
        <w:rPr>
          <w:lang w:val="ru-RU"/>
        </w:rPr>
        <w:t>вторым</w:t>
      </w:r>
      <w:proofErr w:type="gramEnd"/>
      <w:r w:rsidRPr="00286D46">
        <w:rPr>
          <w:lang w:val="ru-RU"/>
        </w:rPr>
        <w:t xml:space="preserve"> Обучающимся в индивидуальном формате, при этом стоимость занятия не пересчитывается, если иное не</w:t>
      </w:r>
      <w:r w:rsidRPr="00286D46">
        <w:rPr>
          <w:lang w:val="ru-RU"/>
        </w:rPr>
        <w:t xml:space="preserve"> согласовано Сторонами;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если в мини-группе на занятие явился один Обучающийся, занятие проводится в индивидуальном формате либо </w:t>
      </w:r>
      <w:proofErr w:type="gramStart"/>
      <w:r w:rsidRPr="00286D46">
        <w:rPr>
          <w:lang w:val="ru-RU"/>
        </w:rPr>
        <w:t>переносится</w:t>
      </w:r>
      <w:proofErr w:type="gramEnd"/>
      <w:r w:rsidRPr="00286D46">
        <w:rPr>
          <w:lang w:val="ru-RU"/>
        </w:rPr>
        <w:t xml:space="preserve"> на другое время по согласованию Сторон, при этом стоимость занятия не пересчитывается, если иное не согласовано Стор</w:t>
      </w:r>
      <w:r w:rsidRPr="00286D46">
        <w:rPr>
          <w:lang w:val="ru-RU"/>
        </w:rPr>
        <w:t>онами;</w:t>
      </w:r>
    </w:p>
    <w:p w:rsidR="0075758F" w:rsidRPr="00286D46" w:rsidRDefault="00676D5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286D46">
        <w:rPr>
          <w:lang w:val="ru-RU"/>
        </w:rPr>
        <w:t xml:space="preserve">при распаде пары или мини-группы (уменьшении числа участников ниже минимального) Исполнитель вправе предложить Заказчику перевод Обучающегося в другую пару/группу, изменение формы занятий либо расторжение Договора в порядке, предусмотренном п. 10.3 </w:t>
      </w:r>
      <w:r w:rsidRPr="00286D46">
        <w:rPr>
          <w:lang w:val="ru-RU"/>
        </w:rPr>
        <w:t>Договора.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6.10. В праздничные и нерабочие дни занятия проводятся по согласованию Сторон либо переносятся на другое время. Периоды каникул и длительного отсутствия Обучающегося (отъезд, отпуск) согласовываются Сторонами дополнительно; по письменному заявлен</w:t>
      </w:r>
      <w:r w:rsidRPr="00286D46">
        <w:rPr>
          <w:lang w:val="ru-RU"/>
        </w:rPr>
        <w:t>ию Заказчика оплаченные занятия могут быть заморожены (перенесены) на согласованный срок без потери оплаты.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6.11. В случае временной приостановки занятий по инициативе Исполнителя (в том числе в связи с отпуском или болезнью преподавателя) занятия перенося</w:t>
      </w:r>
      <w:r w:rsidRPr="00286D46">
        <w:rPr>
          <w:lang w:val="ru-RU"/>
        </w:rPr>
        <w:t xml:space="preserve">тся на другое </w:t>
      </w:r>
      <w:r w:rsidRPr="00286D46">
        <w:rPr>
          <w:lang w:val="ru-RU"/>
        </w:rPr>
        <w:lastRenderedPageBreak/>
        <w:t>время, согласованное Сторонами, либо стоимость занятий засчитывается в счет следующего периода.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7. ОТВЕТСТВЕННОСТЬ СТОРОН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7.1. За неисполнение или ненадлежащее исполнение обязательств по настоящему Договору Стороны несут ответственность в соо</w:t>
      </w:r>
      <w:r w:rsidRPr="00286D46">
        <w:rPr>
          <w:lang w:val="ru-RU"/>
        </w:rPr>
        <w:t>тветствии с действующим законодательством Российской Федерации.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7.2. Исполнитель не несет ответственности за невозможность оказания Услуг по причинам, не зависящим от Исполнителя (в том числе при отсутствии стабильного </w:t>
      </w:r>
      <w:proofErr w:type="spellStart"/>
      <w:r w:rsidRPr="00286D46">
        <w:rPr>
          <w:lang w:val="ru-RU"/>
        </w:rPr>
        <w:t>интернет-соединения</w:t>
      </w:r>
      <w:proofErr w:type="spellEnd"/>
      <w:r w:rsidRPr="00286D46">
        <w:rPr>
          <w:lang w:val="ru-RU"/>
        </w:rPr>
        <w:t xml:space="preserve"> у Заказчика, неис</w:t>
      </w:r>
      <w:r w:rsidRPr="00286D46">
        <w:rPr>
          <w:lang w:val="ru-RU"/>
        </w:rPr>
        <w:t>правности оборудования Заказчика, отсутствии Обучающегося на занятии).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7.3. Исполнитель не несет ответственности за результаты обучения, включая, </w:t>
      </w:r>
      <w:proofErr w:type="gramStart"/>
      <w:r w:rsidRPr="00286D46">
        <w:rPr>
          <w:lang w:val="ru-RU"/>
        </w:rPr>
        <w:t>но</w:t>
      </w:r>
      <w:proofErr w:type="gramEnd"/>
      <w:r w:rsidRPr="00286D46">
        <w:rPr>
          <w:lang w:val="ru-RU"/>
        </w:rPr>
        <w:t xml:space="preserve"> не ограничиваясь: </w:t>
      </w:r>
      <w:proofErr w:type="spellStart"/>
      <w:r w:rsidRPr="00286D46">
        <w:rPr>
          <w:lang w:val="ru-RU"/>
        </w:rPr>
        <w:t>неусвоение</w:t>
      </w:r>
      <w:proofErr w:type="spellEnd"/>
      <w:r w:rsidRPr="00286D46">
        <w:rPr>
          <w:lang w:val="ru-RU"/>
        </w:rPr>
        <w:t xml:space="preserve"> материала, неудовлетворительную успеваемость Обучающегося, а также за невозмож</w:t>
      </w:r>
      <w:r w:rsidRPr="00286D46">
        <w:rPr>
          <w:lang w:val="ru-RU"/>
        </w:rPr>
        <w:t xml:space="preserve">ность применения полученных знаний в практической деятельности. Результаты обучения </w:t>
      </w:r>
      <w:proofErr w:type="gramStart"/>
      <w:r w:rsidRPr="00286D46">
        <w:rPr>
          <w:lang w:val="ru-RU"/>
        </w:rPr>
        <w:t>зависят</w:t>
      </w:r>
      <w:proofErr w:type="gramEnd"/>
      <w:r w:rsidRPr="00286D46">
        <w:rPr>
          <w:lang w:val="ru-RU"/>
        </w:rPr>
        <w:t xml:space="preserve"> в том числе от регулярности посещения занятий, выполнения домашних заданий, самостоятельной работы Обучающегося и соблюдения рекомендаций преподавателя.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7.4. </w:t>
      </w:r>
      <w:proofErr w:type="gramStart"/>
      <w:r w:rsidRPr="00286D46">
        <w:rPr>
          <w:lang w:val="ru-RU"/>
        </w:rPr>
        <w:t>Заказч</w:t>
      </w:r>
      <w:r w:rsidRPr="00286D46">
        <w:rPr>
          <w:lang w:val="ru-RU"/>
        </w:rPr>
        <w:t>ик несет ответственность за достоверность предоставленных им сведений и документов, а также за действия (бездействие) Обучающегося во время занятий.</w:t>
      </w:r>
      <w:proofErr w:type="gramEnd"/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7.5. В случае нарушения Заказчиком сроков оплаты Исполнитель вправе приостановить оказание Услуг до полной </w:t>
      </w:r>
      <w:r w:rsidRPr="00286D46">
        <w:rPr>
          <w:lang w:val="ru-RU"/>
        </w:rPr>
        <w:t>оплаты задолженности.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7.6. Заказчик несет ответственность за нарушение авторских и смежных прав Исполнителя на методические материалы, программы и иные результаты интеллектуальной деятельности, используемые в процессе оказания Услуг. Воспроизведение, распр</w:t>
      </w:r>
      <w:r w:rsidRPr="00286D46">
        <w:rPr>
          <w:lang w:val="ru-RU"/>
        </w:rPr>
        <w:t>остранение и иное использование указанных материалов допускается только с письменного согласия Исполнителя.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8. ФОРС-МАЖОР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8.1. Стороны освобождаются от ответственности за неисполнение или ненадлежащее исполнение обязательств по настоящему Договору, если эт</w:t>
      </w:r>
      <w:r w:rsidRPr="00286D46">
        <w:rPr>
          <w:lang w:val="ru-RU"/>
        </w:rPr>
        <w:t>о явилось следствием обстоятельств непреодолимой силы (форс-мажор), возникших после заключения Договора, которые Стороны не могли предвидеть или предотвратить разумными мерами.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8.2. К обстоятельствам непреодолимой силы относятся: стихийные бедствия, пожары</w:t>
      </w:r>
      <w:r w:rsidRPr="00286D46">
        <w:rPr>
          <w:lang w:val="ru-RU"/>
        </w:rPr>
        <w:t xml:space="preserve">, наводнения, землетрясения, военные действия, эпидемии, пандемии, введение </w:t>
      </w:r>
      <w:r w:rsidRPr="00286D46">
        <w:rPr>
          <w:lang w:val="ru-RU"/>
        </w:rPr>
        <w:lastRenderedPageBreak/>
        <w:t xml:space="preserve">режима чрезвычайной ситуации, решения государственных органов, делающие невозможным оказание Услуг, сбои в работе </w:t>
      </w:r>
      <w:proofErr w:type="gramStart"/>
      <w:r w:rsidRPr="00286D46">
        <w:rPr>
          <w:lang w:val="ru-RU"/>
        </w:rPr>
        <w:t>интернет-сетей</w:t>
      </w:r>
      <w:proofErr w:type="gramEnd"/>
      <w:r w:rsidRPr="00286D46">
        <w:rPr>
          <w:lang w:val="ru-RU"/>
        </w:rPr>
        <w:t xml:space="preserve"> и электроэнергии общего характера, а также иные обс</w:t>
      </w:r>
      <w:r w:rsidRPr="00286D46">
        <w:rPr>
          <w:lang w:val="ru-RU"/>
        </w:rPr>
        <w:t>тоятельства, признаваемые таковыми действующим законодательством Российской Федерации.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9. ПОРЯДОК РАЗРЕШЕНИЯ СПОРОВ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9.1. Все споры и разногласия, возникающие между Сторонами по настоящему Договору или в связи с ним, разрешаются путем переговоров с соблюден</w:t>
      </w:r>
      <w:r w:rsidRPr="00286D46">
        <w:rPr>
          <w:lang w:val="ru-RU"/>
        </w:rPr>
        <w:t>ием обязательного претензионного порядка.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9.2. Претензия направляется другой Стороне в письменной форме (в том числе по электронной почте) и рассматривается в течение 10 (десяти) рабочих дней со дня ее получения.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9.3. В случае </w:t>
      </w:r>
      <w:proofErr w:type="spellStart"/>
      <w:r w:rsidRPr="00286D46">
        <w:rPr>
          <w:lang w:val="ru-RU"/>
        </w:rPr>
        <w:t>недостижения</w:t>
      </w:r>
      <w:proofErr w:type="spellEnd"/>
      <w:r w:rsidRPr="00286D46">
        <w:rPr>
          <w:lang w:val="ru-RU"/>
        </w:rPr>
        <w:t xml:space="preserve"> согласия спор по</w:t>
      </w:r>
      <w:r w:rsidRPr="00286D46">
        <w:rPr>
          <w:lang w:val="ru-RU"/>
        </w:rPr>
        <w:t>длежит рассмотрению в суде в соответствии с правилами подсудности, установленными действующим законодательством Российской Федерации, в том числе с учетом положений законодательства о защите прав потребителей.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 xml:space="preserve">10. СРОК ДЕЙСТВИЯ, ИЗМЕНЕНИЕ И РАСТОРЖЕНИЕ </w:t>
      </w:r>
      <w:r w:rsidRPr="00286D46">
        <w:rPr>
          <w:lang w:val="ru-RU"/>
        </w:rPr>
        <w:t>ДОГОВОРА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10.1. Настоящий Договор вступает в силу с момента Акцепта и действует до полного исполнения Сторонами своих обязательств, если иное не предусмотрено Договором.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10.2. Исполнитель вправе в одностороннем порядке вносить изменения в настоящий Договор.</w:t>
      </w:r>
      <w:r w:rsidRPr="00286D46">
        <w:rPr>
          <w:lang w:val="ru-RU"/>
        </w:rPr>
        <w:t xml:space="preserve"> Изменения вступают в силу с момента их опубликования на Сайте, если иной срок не указан в тексте изменений. Заказчик, продолжающий пользоваться Услугами после вступления изменений в силу, считается согласившимся с такими изменениями.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10.3. Заказчик вправе</w:t>
      </w:r>
      <w:r w:rsidRPr="00286D46">
        <w:rPr>
          <w:lang w:val="ru-RU"/>
        </w:rPr>
        <w:t xml:space="preserve"> в любое время отказаться от исполнения Договора, направив Исполнителю письменное уведомление (в том числе через </w:t>
      </w:r>
      <w:proofErr w:type="spellStart"/>
      <w:r w:rsidRPr="00286D46">
        <w:rPr>
          <w:lang w:val="ru-RU"/>
        </w:rPr>
        <w:t>мессенджеры</w:t>
      </w:r>
      <w:proofErr w:type="spellEnd"/>
      <w:r w:rsidRPr="00286D46">
        <w:rPr>
          <w:lang w:val="ru-RU"/>
        </w:rPr>
        <w:t>) не менее чем за 5 (пять) рабочих дней до предполагаемой даты прекращения оказания Услуг. Указанный срок не ограничивает право Зака</w:t>
      </w:r>
      <w:r w:rsidRPr="00286D46">
        <w:rPr>
          <w:lang w:val="ru-RU"/>
        </w:rPr>
        <w:t xml:space="preserve">зчика на отказ от Договора, а устанавливает порядок взаиморасчетов. При этом Исполнитель возвращает Заказчику стоимость </w:t>
      </w:r>
      <w:proofErr w:type="spellStart"/>
      <w:r w:rsidRPr="00286D46">
        <w:rPr>
          <w:lang w:val="ru-RU"/>
        </w:rPr>
        <w:t>неоказанных</w:t>
      </w:r>
      <w:proofErr w:type="spellEnd"/>
      <w:r w:rsidRPr="00286D46">
        <w:rPr>
          <w:lang w:val="ru-RU"/>
        </w:rPr>
        <w:t xml:space="preserve"> Услуг за вычетом стоимости фактически оказанных Услуг и фактически понесенных расходов в течение 10 (десяти) рабочих дней </w:t>
      </w:r>
      <w:proofErr w:type="gramStart"/>
      <w:r w:rsidRPr="00286D46">
        <w:rPr>
          <w:lang w:val="ru-RU"/>
        </w:rPr>
        <w:t xml:space="preserve">с </w:t>
      </w:r>
      <w:r w:rsidRPr="00286D46">
        <w:rPr>
          <w:lang w:val="ru-RU"/>
        </w:rPr>
        <w:t>даты получения</w:t>
      </w:r>
      <w:proofErr w:type="gramEnd"/>
      <w:r w:rsidRPr="00286D46">
        <w:rPr>
          <w:lang w:val="ru-RU"/>
        </w:rPr>
        <w:t xml:space="preserve"> уведомления.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10.4. Исполнитель вправе расторгнуть настоящий Договор в одностороннем порядке в случае нарушения Заказчиком условий Договора (в том числе при </w:t>
      </w:r>
      <w:r w:rsidRPr="00286D46">
        <w:rPr>
          <w:lang w:val="ru-RU"/>
        </w:rPr>
        <w:lastRenderedPageBreak/>
        <w:t>систематических пропусках занятий, нарушении сроков оплаты, нарушении правил поведени</w:t>
      </w:r>
      <w:r w:rsidRPr="00286D46">
        <w:rPr>
          <w:lang w:val="ru-RU"/>
        </w:rPr>
        <w:t>я), уведомив Заказчика не менее чем за 3 (три) рабочих дня.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11. ОБРАБОТКА ПЕРСОНАЛЬНЫХ ДАННЫХ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11.1. Заказчик дает согласие Исполнителю на обработку своих персональных данных и персональных данных Обучающегося (в объеме, необходимом для исполнения Договора)</w:t>
      </w:r>
      <w:r w:rsidRPr="00286D46">
        <w:rPr>
          <w:lang w:val="ru-RU"/>
        </w:rPr>
        <w:t xml:space="preserve"> в соответствии с Политикой обработки персональных данных, размещенной на Сайте.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11.2. Исполнитель обрабатывает персональные данные Заказчика и Обучающегося в соответствии с Федеральным законом от 27.07.2006 № 152-ФЗ «О персональных данных» и Политикой обр</w:t>
      </w:r>
      <w:r w:rsidRPr="00286D46">
        <w:rPr>
          <w:lang w:val="ru-RU"/>
        </w:rPr>
        <w:t>аботки персональных данных.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11.3. Заказчик, </w:t>
      </w:r>
      <w:proofErr w:type="gramStart"/>
      <w:r w:rsidRPr="00286D46">
        <w:rPr>
          <w:lang w:val="ru-RU"/>
        </w:rPr>
        <w:t>действуя как законный представитель несовершеннолетнего Обучающегося</w:t>
      </w:r>
      <w:proofErr w:type="gramEnd"/>
      <w:r w:rsidRPr="00286D46">
        <w:rPr>
          <w:lang w:val="ru-RU"/>
        </w:rPr>
        <w:t xml:space="preserve"> (в возрасте до 18 лет), дает согласие на обработку персональных данных Обучающегося путем проставления соответствующей отметки на Сайте до моме</w:t>
      </w:r>
      <w:r w:rsidRPr="00286D46">
        <w:rPr>
          <w:lang w:val="ru-RU"/>
        </w:rPr>
        <w:t>нта Акцепта Оферты.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11.4. Заказчик подтверждает, что является законным представителем Обучающегося и имеет право предоставлять согласие на обработку его персональных данных.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11.5. Цели обработки персональных данных: заключение и исполнение Договора, ведени</w:t>
      </w:r>
      <w:r w:rsidRPr="00286D46">
        <w:rPr>
          <w:lang w:val="ru-RU"/>
        </w:rPr>
        <w:t>е учета посещаемости, формирование отчетности, ведение бухгалтерского и налогового учета, информирование Заказчика об изменениях расписания и иных условиях оказания Услуг.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11.6. Фото- и видеосъемка занятий, а также публикация фото- и видеоматериалов с изоб</w:t>
      </w:r>
      <w:r w:rsidRPr="00286D46">
        <w:rPr>
          <w:lang w:val="ru-RU"/>
        </w:rPr>
        <w:t>ражением Обучающегося на Сайте и в социальных сетях осуществляются Исполнителем только при наличии отдельного письменного согласия Заказчика (Приложение № 2 к настоящему Договору). Отсутствие такого согласия не препятствует оказанию Услуг.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12. ЗАКЛЮЧИТЕЛЬН</w:t>
      </w:r>
      <w:r w:rsidRPr="00286D46">
        <w:rPr>
          <w:lang w:val="ru-RU"/>
        </w:rPr>
        <w:t>ЫЕ ПОЛОЖЕНИЯ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12.1. Настоящий Договор регулируется и толкуется в соответствии с законодательством Российской Федерации.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12.2. Признание какой-либо части настоящего Договора недействительной не влечет недействительности остальных его частей.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12.3. Во всем, ч</w:t>
      </w:r>
      <w:r w:rsidRPr="00286D46">
        <w:rPr>
          <w:lang w:val="ru-RU"/>
        </w:rPr>
        <w:t>то не предусмотрено настоящим Договором, Стороны руководствуются действующим законодательством Российской Федерации.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lastRenderedPageBreak/>
        <w:t>12.4. Все приложения к настоящему Договору являются его неотъемлемыми частями.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12.5. Стороны признают юридическую силу электронного докумен</w:t>
      </w:r>
      <w:r w:rsidRPr="00286D46">
        <w:rPr>
          <w:lang w:val="ru-RU"/>
        </w:rPr>
        <w:t>та, подписанного путем совершения конклюдентных действий (Акцепта), в соответствии с п. 2 ст. 160, п. 2 ст. 434 ГК РФ. Настоящий Договор хранится в электронной форме на Сайте Исполнителя.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12.6. Предусмотренная настоящим Договором переписка Сторон может осу</w:t>
      </w:r>
      <w:r w:rsidRPr="00286D46">
        <w:rPr>
          <w:lang w:val="ru-RU"/>
        </w:rPr>
        <w:t xml:space="preserve">ществляться по электронной почте, через </w:t>
      </w:r>
      <w:proofErr w:type="spellStart"/>
      <w:r w:rsidRPr="00286D46">
        <w:rPr>
          <w:lang w:val="ru-RU"/>
        </w:rPr>
        <w:t>мессенджеры</w:t>
      </w:r>
      <w:proofErr w:type="spellEnd"/>
      <w:r w:rsidRPr="00286D46">
        <w:rPr>
          <w:lang w:val="ru-RU"/>
        </w:rPr>
        <w:t>, в Личном кабинете на Сайте. Стороны признают юридическую силу документов и сообщений, направленных с использованием указанных каналов связи.</w:t>
      </w: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t>13. РЕКВИЗИТЫ ИСПОЛНИТЕЛЯ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b/>
          <w:lang w:val="ru-RU"/>
        </w:rPr>
        <w:t>Исполнитель: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ФИО: </w:t>
      </w:r>
      <w:r w:rsidR="00286D46">
        <w:rPr>
          <w:lang w:val="ru-RU"/>
        </w:rPr>
        <w:t xml:space="preserve">Мещеряков </w:t>
      </w:r>
      <w:proofErr w:type="spellStart"/>
      <w:r w:rsidR="00286D46">
        <w:rPr>
          <w:lang w:val="ru-RU"/>
        </w:rPr>
        <w:t>Мераб</w:t>
      </w:r>
      <w:proofErr w:type="spellEnd"/>
      <w:r w:rsidR="00286D46">
        <w:rPr>
          <w:lang w:val="ru-RU"/>
        </w:rPr>
        <w:t xml:space="preserve"> Григорьевич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ИНН: </w:t>
      </w:r>
      <w:r w:rsidR="00286D46" w:rsidRPr="00286D46">
        <w:rPr>
          <w:lang w:val="ru-RU"/>
        </w:rPr>
        <w:t>481302442168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Статус: плательщик налога на профессиональный доход (</w:t>
      </w:r>
      <w:proofErr w:type="spellStart"/>
      <w:r w:rsidRPr="00286D46">
        <w:rPr>
          <w:lang w:val="ru-RU"/>
        </w:rPr>
        <w:t>самозанятый</w:t>
      </w:r>
      <w:proofErr w:type="spellEnd"/>
      <w:r w:rsidRPr="00286D46">
        <w:rPr>
          <w:lang w:val="ru-RU"/>
        </w:rPr>
        <w:t>)</w:t>
      </w:r>
    </w:p>
    <w:p w:rsid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Адрес регистрации: </w:t>
      </w:r>
      <w:r w:rsidR="00286D46" w:rsidRPr="00286D46">
        <w:rPr>
          <w:lang w:val="ru-RU"/>
        </w:rPr>
        <w:t xml:space="preserve">Липецкая область, р-н Липецкий, с. </w:t>
      </w:r>
      <w:proofErr w:type="gramStart"/>
      <w:r w:rsidR="00286D46" w:rsidRPr="00286D46">
        <w:rPr>
          <w:lang w:val="ru-RU"/>
        </w:rPr>
        <w:t>Подгорное</w:t>
      </w:r>
      <w:proofErr w:type="gramEnd"/>
      <w:r w:rsidR="00286D46" w:rsidRPr="00286D46">
        <w:rPr>
          <w:lang w:val="ru-RU"/>
        </w:rPr>
        <w:t xml:space="preserve">, ул. Титова, </w:t>
      </w:r>
      <w:r w:rsidR="00286D46">
        <w:rPr>
          <w:lang w:val="ru-RU"/>
        </w:rPr>
        <w:t xml:space="preserve"> </w:t>
      </w:r>
    </w:p>
    <w:p w:rsidR="00286D46" w:rsidRDefault="00286D46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д.86</w:t>
      </w:r>
    </w:p>
    <w:p w:rsidR="00676D50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Адрес оказания услуг (студия): </w:t>
      </w:r>
      <w:r w:rsidRPr="00676D50">
        <w:rPr>
          <w:lang w:val="ru-RU"/>
        </w:rPr>
        <w:t xml:space="preserve">Московская область, г. </w:t>
      </w:r>
      <w:proofErr w:type="gramStart"/>
      <w:r w:rsidRPr="00676D50">
        <w:rPr>
          <w:lang w:val="ru-RU"/>
        </w:rPr>
        <w:t>Видное</w:t>
      </w:r>
      <w:proofErr w:type="gramEnd"/>
      <w:r w:rsidRPr="00676D50">
        <w:rPr>
          <w:lang w:val="ru-RU"/>
        </w:rPr>
        <w:t xml:space="preserve">, </w:t>
      </w:r>
      <w:proofErr w:type="spellStart"/>
      <w:r w:rsidRPr="00676D50">
        <w:rPr>
          <w:lang w:val="ru-RU"/>
        </w:rPr>
        <w:t>пгт</w:t>
      </w:r>
      <w:proofErr w:type="spellEnd"/>
      <w:r w:rsidRPr="00676D50">
        <w:rPr>
          <w:lang w:val="ru-RU"/>
        </w:rPr>
        <w:t xml:space="preserve"> </w:t>
      </w:r>
      <w:proofErr w:type="spellStart"/>
      <w:r w:rsidRPr="00676D50">
        <w:rPr>
          <w:lang w:val="ru-RU"/>
        </w:rPr>
        <w:t>Мисайлово</w:t>
      </w:r>
      <w:proofErr w:type="spellEnd"/>
      <w:r w:rsidRPr="00676D50">
        <w:rPr>
          <w:lang w:val="ru-RU"/>
        </w:rPr>
        <w:t xml:space="preserve">, </w:t>
      </w:r>
      <w:r>
        <w:rPr>
          <w:lang w:val="ru-RU"/>
        </w:rPr>
        <w:t xml:space="preserve">              </w:t>
      </w:r>
    </w:p>
    <w:p w:rsidR="00676D50" w:rsidRDefault="00676D50">
      <w:pPr>
        <w:spacing w:after="0" w:line="360" w:lineRule="auto"/>
        <w:ind w:firstLine="709"/>
        <w:jc w:val="both"/>
        <w:rPr>
          <w:lang w:val="ru-RU"/>
        </w:rPr>
      </w:pPr>
      <w:r w:rsidRPr="00676D50">
        <w:rPr>
          <w:lang w:val="ru-RU"/>
        </w:rPr>
        <w:t>Пригородное шоссе, д. 12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Контактный телефон / </w:t>
      </w:r>
      <w:r>
        <w:t>Telegram</w:t>
      </w:r>
      <w:r>
        <w:rPr>
          <w:lang w:val="ru-RU"/>
        </w:rPr>
        <w:t>: ___________</w:t>
      </w:r>
      <w:r w:rsidRPr="00286D46">
        <w:rPr>
          <w:lang w:val="ru-RU"/>
        </w:rPr>
        <w:t>_______________________________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Сайт: </w:t>
      </w:r>
      <w:r w:rsidRPr="00676D50">
        <w:rPr>
          <w:lang w:val="ru-RU"/>
        </w:rPr>
        <w:t>http://lingvyonok.ru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Реквизиты бан</w:t>
      </w:r>
      <w:r>
        <w:rPr>
          <w:lang w:val="ru-RU"/>
        </w:rPr>
        <w:t>ковской карты/счета для оплаты:_</w:t>
      </w:r>
      <w:r w:rsidRPr="00286D46">
        <w:rPr>
          <w:lang w:val="ru-RU"/>
        </w:rPr>
        <w:t>______________________________</w:t>
      </w:r>
    </w:p>
    <w:p w:rsidR="0075758F" w:rsidRPr="00286D46" w:rsidRDefault="0075758F">
      <w:pPr>
        <w:spacing w:after="0" w:line="360" w:lineRule="auto"/>
        <w:rPr>
          <w:lang w:val="ru-RU"/>
        </w:rPr>
      </w:pPr>
    </w:p>
    <w:p w:rsidR="00676D50" w:rsidRDefault="00676D50">
      <w:pPr>
        <w:pStyle w:val="21"/>
        <w:rPr>
          <w:lang w:val="ru-RU"/>
        </w:rPr>
      </w:pPr>
    </w:p>
    <w:p w:rsidR="00676D50" w:rsidRDefault="00676D50">
      <w:pPr>
        <w:pStyle w:val="21"/>
        <w:rPr>
          <w:lang w:val="ru-RU"/>
        </w:rPr>
      </w:pPr>
    </w:p>
    <w:p w:rsidR="00676D50" w:rsidRDefault="00676D50">
      <w:pPr>
        <w:pStyle w:val="21"/>
        <w:rPr>
          <w:lang w:val="ru-RU"/>
        </w:rPr>
      </w:pPr>
    </w:p>
    <w:p w:rsidR="00676D50" w:rsidRDefault="00676D50">
      <w:pPr>
        <w:pStyle w:val="21"/>
        <w:rPr>
          <w:lang w:val="ru-RU"/>
        </w:rPr>
      </w:pPr>
    </w:p>
    <w:p w:rsidR="00676D50" w:rsidRDefault="00676D50">
      <w:pPr>
        <w:pStyle w:val="21"/>
        <w:rPr>
          <w:lang w:val="ru-RU"/>
        </w:rPr>
      </w:pPr>
    </w:p>
    <w:p w:rsidR="00676D50" w:rsidRDefault="00676D50">
      <w:pPr>
        <w:pStyle w:val="21"/>
        <w:rPr>
          <w:lang w:val="ru-RU"/>
        </w:rPr>
      </w:pPr>
    </w:p>
    <w:p w:rsidR="00676D50" w:rsidRDefault="00676D50" w:rsidP="00676D50">
      <w:pPr>
        <w:rPr>
          <w:lang w:val="ru-RU"/>
        </w:rPr>
      </w:pPr>
    </w:p>
    <w:p w:rsidR="00676D50" w:rsidRPr="00676D50" w:rsidRDefault="00676D50" w:rsidP="00676D50">
      <w:pPr>
        <w:rPr>
          <w:lang w:val="ru-RU"/>
        </w:rPr>
      </w:pP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lastRenderedPageBreak/>
        <w:t>Приложение № 1 – ЗАЯВКА НА ОКАЗАНИЕ УСЛУГ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ФИО Заказчика: ______________________________________________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Контактный телефон / </w:t>
      </w:r>
      <w:r>
        <w:t>Telegram</w:t>
      </w:r>
      <w:r>
        <w:rPr>
          <w:lang w:val="ru-RU"/>
        </w:rPr>
        <w:t xml:space="preserve">: </w:t>
      </w:r>
      <w:r w:rsidRPr="00286D46">
        <w:rPr>
          <w:lang w:val="ru-RU"/>
        </w:rPr>
        <w:t>_________________________________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ФИО </w:t>
      </w:r>
      <w:proofErr w:type="gramStart"/>
      <w:r w:rsidRPr="00286D46">
        <w:rPr>
          <w:lang w:val="ru-RU"/>
        </w:rPr>
        <w:t>Обучающегося</w:t>
      </w:r>
      <w:proofErr w:type="gramEnd"/>
      <w:r w:rsidRPr="00286D46">
        <w:rPr>
          <w:lang w:val="ru-RU"/>
        </w:rPr>
        <w:t xml:space="preserve">: </w:t>
      </w:r>
      <w:r>
        <w:rPr>
          <w:lang w:val="ru-RU"/>
        </w:rPr>
        <w:t>___________________</w:t>
      </w:r>
      <w:r w:rsidRPr="00286D46">
        <w:rPr>
          <w:lang w:val="ru-RU"/>
        </w:rPr>
        <w:t>_______________________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Возраст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Обучающегося</w:t>
      </w:r>
      <w:proofErr w:type="gramEnd"/>
      <w:r>
        <w:rPr>
          <w:lang w:val="ru-RU"/>
        </w:rPr>
        <w:t>: ___________</w:t>
      </w:r>
      <w:r w:rsidRPr="00286D46">
        <w:rPr>
          <w:lang w:val="ru-RU"/>
        </w:rPr>
        <w:t>_____________________________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Изучаемый иностранный язык: _______</w:t>
      </w:r>
      <w:r>
        <w:rPr>
          <w:lang w:val="ru-RU"/>
        </w:rPr>
        <w:t>_____________________</w:t>
      </w:r>
      <w:r w:rsidRPr="00286D46">
        <w:rPr>
          <w:lang w:val="ru-RU"/>
        </w:rPr>
        <w:t>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Форма занятий (</w:t>
      </w:r>
      <w:proofErr w:type="gramStart"/>
      <w:r w:rsidRPr="00286D46">
        <w:rPr>
          <w:lang w:val="ru-RU"/>
        </w:rPr>
        <w:t>нужное</w:t>
      </w:r>
      <w:proofErr w:type="gramEnd"/>
      <w:r w:rsidRPr="00286D46">
        <w:rPr>
          <w:lang w:val="ru-RU"/>
        </w:rPr>
        <w:t xml:space="preserve"> подчеркнуть): индивидуально / в паре / в ми</w:t>
      </w:r>
      <w:r w:rsidRPr="00286D46">
        <w:rPr>
          <w:lang w:val="ru-RU"/>
        </w:rPr>
        <w:t>ни-группе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Формат занятий (</w:t>
      </w:r>
      <w:proofErr w:type="gramStart"/>
      <w:r w:rsidRPr="00286D46">
        <w:rPr>
          <w:lang w:val="ru-RU"/>
        </w:rPr>
        <w:t>нужное</w:t>
      </w:r>
      <w:proofErr w:type="gramEnd"/>
      <w:r w:rsidRPr="00286D46">
        <w:rPr>
          <w:lang w:val="ru-RU"/>
        </w:rPr>
        <w:t xml:space="preserve"> подчеркнуть): офлайн / онлайн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Периодичность занятий: _______ ра</w:t>
      </w:r>
      <w:proofErr w:type="gramStart"/>
      <w:r w:rsidRPr="00286D46">
        <w:rPr>
          <w:lang w:val="ru-RU"/>
        </w:rPr>
        <w:t>з(</w:t>
      </w:r>
      <w:proofErr w:type="gramEnd"/>
      <w:r w:rsidRPr="00286D46">
        <w:rPr>
          <w:lang w:val="ru-RU"/>
        </w:rPr>
        <w:t>а) в неделю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Продолжительность занятия: _______ минут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Стоимость одного занятия: _______ рублей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Стоимость абонемента (при предоплате): _______ рублей </w:t>
      </w:r>
      <w:proofErr w:type="gramStart"/>
      <w:r w:rsidRPr="00286D46">
        <w:rPr>
          <w:lang w:val="ru-RU"/>
        </w:rPr>
        <w:t>за</w:t>
      </w:r>
      <w:proofErr w:type="gramEnd"/>
      <w:r w:rsidRPr="00286D46">
        <w:rPr>
          <w:lang w:val="ru-RU"/>
        </w:rPr>
        <w:t xml:space="preserve"> _______</w:t>
      </w:r>
      <w:r w:rsidRPr="00286D46">
        <w:rPr>
          <w:lang w:val="ru-RU"/>
        </w:rPr>
        <w:t xml:space="preserve"> занятий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Дополнительные пожелания: ______________________________________________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>С условиями Договора публичной оферты ознакомле</w:t>
      </w:r>
      <w:proofErr w:type="gramStart"/>
      <w:r w:rsidRPr="00286D46">
        <w:rPr>
          <w:lang w:val="ru-RU"/>
        </w:rPr>
        <w:t>н(</w:t>
      </w:r>
      <w:proofErr w:type="gramEnd"/>
      <w:r w:rsidRPr="00286D46">
        <w:rPr>
          <w:lang w:val="ru-RU"/>
        </w:rPr>
        <w:t>а) и согласен(на). Подтверждаю, что являюсь законным представителем несовершеннолетнего Обучающегося.</w:t>
      </w:r>
    </w:p>
    <w:p w:rsidR="0075758F" w:rsidRDefault="0075758F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Default="00676D50">
      <w:pPr>
        <w:spacing w:after="0" w:line="360" w:lineRule="auto"/>
        <w:rPr>
          <w:lang w:val="ru-RU"/>
        </w:rPr>
      </w:pPr>
    </w:p>
    <w:p w:rsidR="00676D50" w:rsidRPr="00286D46" w:rsidRDefault="00676D50">
      <w:pPr>
        <w:spacing w:after="0" w:line="360" w:lineRule="auto"/>
        <w:rPr>
          <w:lang w:val="ru-RU"/>
        </w:rPr>
      </w:pPr>
    </w:p>
    <w:p w:rsidR="0075758F" w:rsidRPr="00286D46" w:rsidRDefault="00676D50">
      <w:pPr>
        <w:pStyle w:val="21"/>
        <w:rPr>
          <w:lang w:val="ru-RU"/>
        </w:rPr>
      </w:pPr>
      <w:r w:rsidRPr="00286D46">
        <w:rPr>
          <w:lang w:val="ru-RU"/>
        </w:rPr>
        <w:lastRenderedPageBreak/>
        <w:t>Приложение № 2 – СОГЛА</w:t>
      </w:r>
      <w:r w:rsidRPr="00286D46">
        <w:rPr>
          <w:lang w:val="ru-RU"/>
        </w:rPr>
        <w:t>СИЕ НА ПУБЛИКАЦИЮ ФОТ</w:t>
      </w:r>
      <w:proofErr w:type="gramStart"/>
      <w:r w:rsidRPr="00286D46">
        <w:rPr>
          <w:lang w:val="ru-RU"/>
        </w:rPr>
        <w:t>О-</w:t>
      </w:r>
      <w:proofErr w:type="gramEnd"/>
      <w:r w:rsidRPr="00286D46">
        <w:rPr>
          <w:lang w:val="ru-RU"/>
        </w:rPr>
        <w:t xml:space="preserve"> И ВИДЕОМАТЕРИАЛОВ</w:t>
      </w:r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proofErr w:type="gramStart"/>
      <w:r w:rsidRPr="00286D46">
        <w:rPr>
          <w:lang w:val="ru-RU"/>
        </w:rPr>
        <w:t>Я, ______________________________________________ (ФИО Заказчика), дейс</w:t>
      </w:r>
      <w:r>
        <w:rPr>
          <w:lang w:val="ru-RU"/>
        </w:rPr>
        <w:t xml:space="preserve">твуя как законный представитель </w:t>
      </w:r>
      <w:r w:rsidRPr="00286D46">
        <w:rPr>
          <w:lang w:val="ru-RU"/>
        </w:rPr>
        <w:t>несоверш</w:t>
      </w:r>
      <w:r>
        <w:rPr>
          <w:lang w:val="ru-RU"/>
        </w:rPr>
        <w:t>еннолетнего_________</w:t>
      </w:r>
      <w:r w:rsidRPr="00286D46">
        <w:rPr>
          <w:lang w:val="ru-RU"/>
        </w:rPr>
        <w:t>__________________________ (ФИО Обучающегося), проставляя отметку о сог</w:t>
      </w:r>
      <w:r w:rsidRPr="00286D46">
        <w:rPr>
          <w:lang w:val="ru-RU"/>
        </w:rPr>
        <w:t xml:space="preserve">ласии на Сайте, даю Исполнителю </w:t>
      </w:r>
      <w:r>
        <w:rPr>
          <w:lang w:val="ru-RU"/>
        </w:rPr>
        <w:t xml:space="preserve">Мещерякову </w:t>
      </w:r>
      <w:proofErr w:type="spellStart"/>
      <w:r>
        <w:rPr>
          <w:lang w:val="ru-RU"/>
        </w:rPr>
        <w:t>Мерабу</w:t>
      </w:r>
      <w:proofErr w:type="spellEnd"/>
      <w:r>
        <w:rPr>
          <w:lang w:val="ru-RU"/>
        </w:rPr>
        <w:t xml:space="preserve"> Григорьевичу</w:t>
      </w:r>
      <w:r w:rsidRPr="00286D46">
        <w:rPr>
          <w:lang w:val="ru-RU"/>
        </w:rPr>
        <w:t xml:space="preserve"> (ИНН </w:t>
      </w:r>
      <w:r>
        <w:rPr>
          <w:lang w:val="ru-RU"/>
        </w:rPr>
        <w:t>481302442168</w:t>
      </w:r>
      <w:r w:rsidRPr="00286D46">
        <w:rPr>
          <w:lang w:val="ru-RU"/>
        </w:rPr>
        <w:t>) согласие на фото- и видеосъемку Обучающегося в процессе занятий и мероприятий, а также на обработку, хранение и публикацию фото- и видеоматериалов с изо</w:t>
      </w:r>
      <w:r w:rsidRPr="00286D46">
        <w:rPr>
          <w:lang w:val="ru-RU"/>
        </w:rPr>
        <w:t>бражением Обучающегося на Сайте Исполнителя и в социальных сетях (</w:t>
      </w:r>
      <w:r>
        <w:t>Telegram</w:t>
      </w:r>
      <w:r w:rsidRPr="00286D46">
        <w:rPr>
          <w:lang w:val="ru-RU"/>
        </w:rPr>
        <w:t xml:space="preserve">, </w:t>
      </w:r>
      <w:r>
        <w:t>VK</w:t>
      </w:r>
      <w:r w:rsidRPr="00286D46">
        <w:rPr>
          <w:lang w:val="ru-RU"/>
        </w:rPr>
        <w:t xml:space="preserve">, </w:t>
      </w:r>
      <w:proofErr w:type="spellStart"/>
      <w:r>
        <w:t>WhatsApp</w:t>
      </w:r>
      <w:proofErr w:type="spellEnd"/>
      <w:r w:rsidRPr="00286D46">
        <w:rPr>
          <w:lang w:val="ru-RU"/>
        </w:rPr>
        <w:t>) в информационных целях.</w:t>
      </w:r>
      <w:proofErr w:type="gramEnd"/>
    </w:p>
    <w:p w:rsidR="0075758F" w:rsidRPr="00286D46" w:rsidRDefault="00676D50">
      <w:pPr>
        <w:spacing w:after="0" w:line="360" w:lineRule="auto"/>
        <w:ind w:firstLine="709"/>
        <w:jc w:val="both"/>
        <w:rPr>
          <w:lang w:val="ru-RU"/>
        </w:rPr>
      </w:pPr>
      <w:r w:rsidRPr="00286D46">
        <w:rPr>
          <w:lang w:val="ru-RU"/>
        </w:rPr>
        <w:t xml:space="preserve">Настоящее согласие действует в течение ______ (указать срок) </w:t>
      </w:r>
      <w:proofErr w:type="gramStart"/>
      <w:r w:rsidRPr="00286D46">
        <w:rPr>
          <w:lang w:val="ru-RU"/>
        </w:rPr>
        <w:t>с даты</w:t>
      </w:r>
      <w:proofErr w:type="gramEnd"/>
      <w:r w:rsidRPr="00286D46">
        <w:rPr>
          <w:lang w:val="ru-RU"/>
        </w:rPr>
        <w:t xml:space="preserve"> его предоставления и может быть отозвано мной в любое время путем направле</w:t>
      </w:r>
      <w:r w:rsidRPr="00286D46">
        <w:rPr>
          <w:lang w:val="ru-RU"/>
        </w:rPr>
        <w:t>ния письменного уведомления Исполнителю. При отзыве согласия Исполнитель обязуется удалить опубликованные материалы с изображением Обучающегося в разумный срок.</w:t>
      </w:r>
    </w:p>
    <w:p w:rsidR="00676D50" w:rsidRDefault="00676D50">
      <w:pPr>
        <w:spacing w:after="0" w:line="360" w:lineRule="auto"/>
        <w:ind w:firstLine="709"/>
        <w:jc w:val="both"/>
        <w:rPr>
          <w:lang w:val="ru-RU"/>
        </w:rPr>
      </w:pPr>
    </w:p>
    <w:p w:rsidR="00676D50" w:rsidRDefault="00676D50">
      <w:pPr>
        <w:spacing w:after="0" w:line="360" w:lineRule="auto"/>
        <w:ind w:firstLine="709"/>
        <w:jc w:val="both"/>
        <w:rPr>
          <w:lang w:val="ru-RU"/>
        </w:rPr>
      </w:pPr>
    </w:p>
    <w:p w:rsidR="0075758F" w:rsidRDefault="00676D50">
      <w:pPr>
        <w:spacing w:after="0" w:line="360" w:lineRule="auto"/>
        <w:ind w:firstLine="709"/>
        <w:jc w:val="both"/>
      </w:pPr>
      <w:proofErr w:type="spellStart"/>
      <w:r>
        <w:t>Дата</w:t>
      </w:r>
      <w:proofErr w:type="spellEnd"/>
      <w:r>
        <w:t>: «</w:t>
      </w:r>
      <w:r>
        <w:rPr>
          <w:lang w:val="ru-RU"/>
        </w:rPr>
        <w:t>____</w:t>
      </w:r>
      <w:r>
        <w:rPr>
          <w:b/>
          <w:i/>
        </w:rPr>
        <w:t>» ___________ 20</w:t>
      </w:r>
      <w:r>
        <w:rPr>
          <w:b/>
          <w:i/>
          <w:lang w:val="ru-RU"/>
        </w:rPr>
        <w:t>____</w:t>
      </w:r>
      <w:bookmarkStart w:id="0" w:name="_GoBack"/>
      <w:bookmarkEnd w:id="0"/>
      <w:r>
        <w:t xml:space="preserve"> г.</w:t>
      </w:r>
    </w:p>
    <w:sectPr w:rsidR="0075758F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221FAB"/>
    <w:multiLevelType w:val="hybridMultilevel"/>
    <w:tmpl w:val="20F0169E"/>
    <w:lvl w:ilvl="0" w:tplc="303A75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378ECC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570CF2EA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8DB82F6C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4" w:tplc="8CD06E42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hint="default"/>
      </w:rPr>
    </w:lvl>
    <w:lvl w:ilvl="5" w:tplc="4E4ADE3E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hint="default"/>
      </w:rPr>
    </w:lvl>
    <w:lvl w:ilvl="6" w:tplc="777C5C04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hint="default"/>
      </w:rPr>
    </w:lvl>
    <w:lvl w:ilvl="7" w:tplc="9BD8591C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hint="default"/>
      </w:rPr>
    </w:lvl>
    <w:lvl w:ilvl="8" w:tplc="19726F14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86D46"/>
    <w:rsid w:val="0029639D"/>
    <w:rsid w:val="00326F90"/>
    <w:rsid w:val="00676D50"/>
    <w:rsid w:val="0075758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6B894D-E4C7-40C9-B7E4-21320726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3215</Words>
  <Characters>18329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Юлия Новикова</cp:lastModifiedBy>
  <cp:revision>2</cp:revision>
  <dcterms:created xsi:type="dcterms:W3CDTF">2026-08-25T22:34:00Z</dcterms:created>
  <dcterms:modified xsi:type="dcterms:W3CDTF">2026-08-25T22:34:00Z</dcterms:modified>
</cp:coreProperties>
</file>