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3C" w:rsidRPr="00136D1A" w:rsidRDefault="00136D1A">
      <w:pPr>
        <w:pStyle w:val="1"/>
        <w:rPr>
          <w:lang w:val="ru-RU"/>
        </w:rPr>
      </w:pPr>
      <w:r w:rsidRPr="00136D1A">
        <w:rPr>
          <w:lang w:val="ru-RU"/>
        </w:rPr>
        <w:t>СОГЛАСИЕ НА ОБРАБОТКУ ПЕРСОНАЛЬНЫХ ДАННЫХ</w:t>
      </w:r>
    </w:p>
    <w:p w:rsidR="00945C3C" w:rsidRPr="00136D1A" w:rsidRDefault="00136D1A">
      <w:pPr>
        <w:pStyle w:val="21"/>
        <w:rPr>
          <w:lang w:val="ru-RU"/>
        </w:rPr>
      </w:pPr>
      <w:r w:rsidRPr="00136D1A">
        <w:rPr>
          <w:lang w:val="ru-RU"/>
        </w:rPr>
        <w:t>(те</w:t>
      </w:r>
      <w:proofErr w:type="gramStart"/>
      <w:r w:rsidRPr="00136D1A">
        <w:rPr>
          <w:lang w:val="ru-RU"/>
        </w:rPr>
        <w:t>кст дл</w:t>
      </w:r>
      <w:proofErr w:type="gramEnd"/>
      <w:r w:rsidRPr="00136D1A">
        <w:rPr>
          <w:lang w:val="ru-RU"/>
        </w:rPr>
        <w:t>я размещения на Сайте)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136D1A">
        <w:rPr>
          <w:lang w:val="ru-RU"/>
        </w:rPr>
        <w:t xml:space="preserve">Настоящим я, заполняя регистрационную форму (заявку) на Сайте </w:t>
      </w:r>
      <w:hyperlink r:id="rId7" w:history="1">
        <w:r w:rsidRPr="00B01AD5">
          <w:rPr>
            <w:rStyle w:val="aff8"/>
          </w:rPr>
          <w:t>http</w:t>
        </w:r>
        <w:r w:rsidRPr="00B01AD5">
          <w:rPr>
            <w:rStyle w:val="aff8"/>
            <w:lang w:val="ru-RU"/>
          </w:rPr>
          <w:t>://</w:t>
        </w:r>
        <w:proofErr w:type="spellStart"/>
        <w:r w:rsidRPr="00B01AD5">
          <w:rPr>
            <w:rStyle w:val="aff8"/>
          </w:rPr>
          <w:t>lingvyonok</w:t>
        </w:r>
        <w:proofErr w:type="spellEnd"/>
        <w:r w:rsidRPr="00B01AD5">
          <w:rPr>
            <w:rStyle w:val="aff8"/>
            <w:lang w:val="ru-RU"/>
          </w:rPr>
          <w:t>.</w:t>
        </w:r>
        <w:proofErr w:type="spellStart"/>
        <w:r w:rsidRPr="00B01AD5">
          <w:rPr>
            <w:rStyle w:val="aff8"/>
          </w:rPr>
          <w:t>ru</w:t>
        </w:r>
        <w:proofErr w:type="spellEnd"/>
      </w:hyperlink>
      <w:r>
        <w:rPr>
          <w:lang w:val="ru-RU"/>
        </w:rPr>
        <w:t xml:space="preserve"> </w:t>
      </w:r>
      <w:r w:rsidRPr="00136D1A">
        <w:rPr>
          <w:lang w:val="ru-RU"/>
        </w:rPr>
        <w:t xml:space="preserve"> (далее – «Сайт») и проставляя отметку о согласии, действуя свободно, </w:t>
      </w:r>
      <w:r w:rsidRPr="00136D1A">
        <w:rPr>
          <w:lang w:val="ru-RU"/>
        </w:rPr>
        <w:t>своей волей и в своем интересе, а также как законный представитель несовершеннолетнего Обучающегося, даю согласие Мещеряков</w:t>
      </w:r>
      <w:r>
        <w:rPr>
          <w:lang w:val="ru-RU"/>
        </w:rPr>
        <w:t>у</w:t>
      </w:r>
      <w:r w:rsidRPr="00136D1A">
        <w:rPr>
          <w:lang w:val="ru-RU"/>
        </w:rPr>
        <w:t xml:space="preserve"> </w:t>
      </w:r>
      <w:proofErr w:type="spellStart"/>
      <w:r w:rsidRPr="00136D1A">
        <w:rPr>
          <w:lang w:val="ru-RU"/>
        </w:rPr>
        <w:t>Мераб</w:t>
      </w:r>
      <w:r>
        <w:rPr>
          <w:lang w:val="ru-RU"/>
        </w:rPr>
        <w:t>у</w:t>
      </w:r>
      <w:proofErr w:type="spellEnd"/>
      <w:r w:rsidRPr="00136D1A">
        <w:rPr>
          <w:lang w:val="ru-RU"/>
        </w:rPr>
        <w:t xml:space="preserve"> Григорьевич</w:t>
      </w:r>
      <w:r>
        <w:rPr>
          <w:lang w:val="ru-RU"/>
        </w:rPr>
        <w:t xml:space="preserve">у </w:t>
      </w:r>
      <w:r w:rsidRPr="00136D1A">
        <w:rPr>
          <w:lang w:val="ru-RU"/>
        </w:rPr>
        <w:t>(ИНН 481302442168</w:t>
      </w:r>
      <w:bookmarkStart w:id="0" w:name="_GoBack"/>
      <w:bookmarkEnd w:id="0"/>
      <w:r w:rsidRPr="00136D1A">
        <w:rPr>
          <w:lang w:val="ru-RU"/>
        </w:rPr>
        <w:t>), являющемуся плательщиком налога на профессиональный доход (</w:t>
      </w:r>
      <w:proofErr w:type="spellStart"/>
      <w:r w:rsidRPr="00136D1A">
        <w:rPr>
          <w:lang w:val="ru-RU"/>
        </w:rPr>
        <w:t>самозаняты</w:t>
      </w:r>
      <w:r w:rsidRPr="00136D1A">
        <w:rPr>
          <w:lang w:val="ru-RU"/>
        </w:rPr>
        <w:t>й</w:t>
      </w:r>
      <w:proofErr w:type="spellEnd"/>
      <w:r w:rsidRPr="00136D1A">
        <w:rPr>
          <w:lang w:val="ru-RU"/>
        </w:rPr>
        <w:t>) (далее – «Оператор»), на обработку моих персональных данных и персональных данных моего несовершеннолетнего ребенка</w:t>
      </w:r>
      <w:proofErr w:type="gramEnd"/>
      <w:r w:rsidRPr="00136D1A">
        <w:rPr>
          <w:lang w:val="ru-RU"/>
        </w:rPr>
        <w:t xml:space="preserve"> (далее – «Обучающийся») на следующих условиях:</w:t>
      </w:r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1. Цели обработки персональных данных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r w:rsidRPr="00136D1A">
        <w:rPr>
          <w:lang w:val="ru-RU"/>
        </w:rPr>
        <w:t>Обработка персональных данных осуществляется в следу</w:t>
      </w:r>
      <w:r w:rsidRPr="00136D1A">
        <w:rPr>
          <w:lang w:val="ru-RU"/>
        </w:rPr>
        <w:t>ющих целях: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заключение и исполнение Договора публичной оферты на оказание услуг по обучению иностранным языкам;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ведение учета посещаемости и оказанных услуг;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формирование отчетности для налоговых органов;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информирование об изменениях расписания, условиях о</w:t>
      </w:r>
      <w:r w:rsidRPr="00136D1A">
        <w:rPr>
          <w:lang w:val="ru-RU"/>
        </w:rPr>
        <w:t>казания услуг;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осуществление расчетов и формирование чеков;</w:t>
      </w:r>
    </w:p>
    <w:p w:rsidR="00945C3C" w:rsidRDefault="00136D1A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proofErr w:type="gramStart"/>
      <w:r>
        <w:t>обработка</w:t>
      </w:r>
      <w:proofErr w:type="spellEnd"/>
      <w:proofErr w:type="gramEnd"/>
      <w:r>
        <w:t xml:space="preserve"> </w:t>
      </w:r>
      <w:proofErr w:type="spellStart"/>
      <w:r>
        <w:t>обращений</w:t>
      </w:r>
      <w:proofErr w:type="spellEnd"/>
      <w:r>
        <w:t xml:space="preserve"> и </w:t>
      </w:r>
      <w:proofErr w:type="spellStart"/>
      <w:r>
        <w:t>претензий</w:t>
      </w:r>
      <w:proofErr w:type="spellEnd"/>
      <w:r>
        <w:t>.</w:t>
      </w:r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2. Перечень персональных данных, на обработку которых дается согласие</w:t>
      </w:r>
    </w:p>
    <w:p w:rsidR="00945C3C" w:rsidRDefault="00136D1A">
      <w:pPr>
        <w:spacing w:after="0" w:line="360" w:lineRule="auto"/>
        <w:ind w:firstLine="709"/>
        <w:jc w:val="both"/>
      </w:pPr>
      <w:r>
        <w:rPr>
          <w:b/>
        </w:rPr>
        <w:t xml:space="preserve">В </w:t>
      </w:r>
      <w:proofErr w:type="spellStart"/>
      <w:r>
        <w:rPr>
          <w:b/>
        </w:rPr>
        <w:t>отношении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меня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Заказчика</w:t>
      </w:r>
      <w:proofErr w:type="spellEnd"/>
      <w:r>
        <w:rPr>
          <w:b/>
        </w:rPr>
        <w:t>):</w:t>
      </w:r>
    </w:p>
    <w:p w:rsidR="00945C3C" w:rsidRDefault="00136D1A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фамилия, имя, отчество;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 xml:space="preserve">контактный номер телефона или </w:t>
      </w:r>
      <w:r>
        <w:t>Telegram</w:t>
      </w:r>
      <w:r w:rsidRPr="00136D1A">
        <w:rPr>
          <w:lang w:val="ru-RU"/>
        </w:rPr>
        <w:t>-</w:t>
      </w:r>
      <w:r w:rsidRPr="00136D1A">
        <w:rPr>
          <w:lang w:val="ru-RU"/>
        </w:rPr>
        <w:t>аккаунт;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иные данные, добровольно предоставленные мной в заявке.</w:t>
      </w:r>
    </w:p>
    <w:p w:rsidR="00945C3C" w:rsidRDefault="00136D1A">
      <w:pPr>
        <w:spacing w:after="0" w:line="360" w:lineRule="auto"/>
        <w:ind w:firstLine="709"/>
        <w:jc w:val="both"/>
      </w:pPr>
      <w:r>
        <w:rPr>
          <w:b/>
        </w:rPr>
        <w:t xml:space="preserve">В </w:t>
      </w:r>
      <w:proofErr w:type="spellStart"/>
      <w:r>
        <w:rPr>
          <w:b/>
        </w:rPr>
        <w:t>отношении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Обучающегося</w:t>
      </w:r>
      <w:proofErr w:type="spellEnd"/>
      <w:r>
        <w:rPr>
          <w:b/>
        </w:rPr>
        <w:t>:</w:t>
      </w:r>
    </w:p>
    <w:p w:rsidR="00945C3C" w:rsidRDefault="00136D1A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фамилия, имя;</w:t>
      </w:r>
    </w:p>
    <w:p w:rsidR="00945C3C" w:rsidRDefault="00136D1A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возраст (дата рождения);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уровень владения иностранным языком (при наличии);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 xml:space="preserve">данные, добровольно предоставленные мной в отношении </w:t>
      </w:r>
      <w:proofErr w:type="gramStart"/>
      <w:r w:rsidRPr="00136D1A">
        <w:rPr>
          <w:lang w:val="ru-RU"/>
        </w:rPr>
        <w:t>Обучающегося</w:t>
      </w:r>
      <w:proofErr w:type="gramEnd"/>
      <w:r w:rsidRPr="00136D1A">
        <w:rPr>
          <w:lang w:val="ru-RU"/>
        </w:rPr>
        <w:t>.</w:t>
      </w:r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3. Переч</w:t>
      </w:r>
      <w:r w:rsidRPr="00136D1A">
        <w:rPr>
          <w:lang w:val="ru-RU"/>
        </w:rPr>
        <w:t>ень действий с персональными данными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proofErr w:type="gramStart"/>
      <w:r w:rsidRPr="00136D1A">
        <w:rPr>
          <w:lang w:val="ru-RU"/>
        </w:rPr>
        <w:t>Согласие дается на совершение следующих действий (операций) с персональными данными: сбор, запись, систематизация, накопление, хранение, уточнение (обновление, изменение), извлечение, использование, обезличивание, блоки</w:t>
      </w:r>
      <w:r w:rsidRPr="00136D1A">
        <w:rPr>
          <w:lang w:val="ru-RU"/>
        </w:rPr>
        <w:t xml:space="preserve">рование, удаление, </w:t>
      </w:r>
      <w:r w:rsidRPr="00136D1A">
        <w:rPr>
          <w:lang w:val="ru-RU"/>
        </w:rPr>
        <w:lastRenderedPageBreak/>
        <w:t>уничтожение персональных данных, в том числе с использованием средств автоматизации.</w:t>
      </w:r>
      <w:proofErr w:type="gramEnd"/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4. Способы обработки персональных данных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r w:rsidRPr="00136D1A">
        <w:rPr>
          <w:lang w:val="ru-RU"/>
        </w:rPr>
        <w:t>Обработка персональных данных осуществляется путем: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внесения информации в электронные базы данных Оператора;</w:t>
      </w:r>
    </w:p>
    <w:p w:rsidR="00945C3C" w:rsidRDefault="00136D1A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хранения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бумажных</w:t>
      </w:r>
      <w:proofErr w:type="spellEnd"/>
      <w:r>
        <w:t xml:space="preserve"> </w:t>
      </w:r>
      <w:proofErr w:type="spellStart"/>
      <w:r>
        <w:t>носителях</w:t>
      </w:r>
      <w:proofErr w:type="spellEnd"/>
      <w:r>
        <w:t>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использования сре</w:t>
      </w:r>
      <w:proofErr w:type="gramStart"/>
      <w:r w:rsidRPr="00136D1A">
        <w:rPr>
          <w:lang w:val="ru-RU"/>
        </w:rPr>
        <w:t>дств св</w:t>
      </w:r>
      <w:proofErr w:type="gramEnd"/>
      <w:r w:rsidRPr="00136D1A">
        <w:rPr>
          <w:lang w:val="ru-RU"/>
        </w:rPr>
        <w:t xml:space="preserve">язи (телефон, </w:t>
      </w:r>
      <w:r>
        <w:t>Telegram</w:t>
      </w:r>
      <w:r w:rsidRPr="00136D1A">
        <w:rPr>
          <w:lang w:val="ru-RU"/>
        </w:rPr>
        <w:t xml:space="preserve">, </w:t>
      </w:r>
      <w:proofErr w:type="spellStart"/>
      <w:r w:rsidRPr="00136D1A">
        <w:rPr>
          <w:lang w:val="ru-RU"/>
        </w:rPr>
        <w:t>мессенджеры</w:t>
      </w:r>
      <w:proofErr w:type="spellEnd"/>
      <w:r w:rsidRPr="00136D1A">
        <w:rPr>
          <w:lang w:val="ru-RU"/>
        </w:rPr>
        <w:t>);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направления чеков и уведомлений через мобильное приложение «Мой налог».</w:t>
      </w:r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5. Срок действия согласия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r w:rsidRPr="00136D1A">
        <w:rPr>
          <w:lang w:val="ru-RU"/>
        </w:rPr>
        <w:t>Настоящее согласие действует со дня его предоставления (проставл</w:t>
      </w:r>
      <w:r w:rsidRPr="00136D1A">
        <w:rPr>
          <w:lang w:val="ru-RU"/>
        </w:rPr>
        <w:t>ения отметки на Сайте) до достижения целей обработки персональных данных, если иное не предусмотрено законодательством Российской Федерации. Срок хранения персональных данных определяется необходимостью достижения целей обработки, требованиями налогового з</w:t>
      </w:r>
      <w:r w:rsidRPr="00136D1A">
        <w:rPr>
          <w:lang w:val="ru-RU"/>
        </w:rPr>
        <w:t>аконодательства (не менее 5 лет в части фискальных документов) и сроками исковой давности.</w:t>
      </w:r>
    </w:p>
    <w:p w:rsidR="00945C3C" w:rsidRPr="00136D1A" w:rsidRDefault="00136D1A">
      <w:pPr>
        <w:pStyle w:val="31"/>
        <w:rPr>
          <w:lang w:val="ru-RU"/>
        </w:rPr>
      </w:pPr>
      <w:r w:rsidRPr="00136D1A">
        <w:rPr>
          <w:lang w:val="ru-RU"/>
        </w:rPr>
        <w:t>6. Порядок отзыва согласия</w:t>
      </w:r>
    </w:p>
    <w:p w:rsidR="00945C3C" w:rsidRPr="00136D1A" w:rsidRDefault="00136D1A">
      <w:pPr>
        <w:spacing w:after="0" w:line="360" w:lineRule="auto"/>
        <w:ind w:firstLine="709"/>
        <w:jc w:val="both"/>
        <w:rPr>
          <w:lang w:val="ru-RU"/>
        </w:rPr>
      </w:pPr>
      <w:r w:rsidRPr="00136D1A">
        <w:rPr>
          <w:lang w:val="ru-RU"/>
        </w:rPr>
        <w:t>Согласие может быть отозвано мной в любое время путем направления письменного уведомления Оператору. При отзыве согласия Оператор обязан п</w:t>
      </w:r>
      <w:r w:rsidRPr="00136D1A">
        <w:rPr>
          <w:lang w:val="ru-RU"/>
        </w:rPr>
        <w:t xml:space="preserve">рекратить обработку персональных данных и уничтожить их в срок, не превышающий 30 (тридцати) дней </w:t>
      </w:r>
      <w:proofErr w:type="gramStart"/>
      <w:r w:rsidRPr="00136D1A">
        <w:rPr>
          <w:lang w:val="ru-RU"/>
        </w:rPr>
        <w:t>с даты поступления</w:t>
      </w:r>
      <w:proofErr w:type="gramEnd"/>
      <w:r w:rsidRPr="00136D1A">
        <w:rPr>
          <w:lang w:val="ru-RU"/>
        </w:rPr>
        <w:t xml:space="preserve"> уведомления, если иное не предусмотрено законодательством Российской Федерации. При отзыве согласия Оператор вправе продолжить обработку пе</w:t>
      </w:r>
      <w:r w:rsidRPr="00136D1A">
        <w:rPr>
          <w:lang w:val="ru-RU"/>
        </w:rPr>
        <w:t>рсональных данных без согласия при наличии оснований, указанных в п. 2–11 ч. 1 ст. 6, ч. 2 ст. 10, ч. 2 ст. 11 Федерального закона от 27.07.2006 № 152-ФЗ «О персональных данных».</w:t>
      </w:r>
    </w:p>
    <w:p w:rsidR="00945C3C" w:rsidRDefault="00136D1A">
      <w:pPr>
        <w:pStyle w:val="31"/>
      </w:pPr>
      <w:r>
        <w:t>7. Подтверждения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Я подтверждаю, что являюсь законным представителем несоверше</w:t>
      </w:r>
      <w:r w:rsidRPr="00136D1A">
        <w:rPr>
          <w:lang w:val="ru-RU"/>
        </w:rPr>
        <w:t>ннолетнего Обучающегося и имею право предоставлять согласие на обработку его персональных данных.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>Я ознакомле</w:t>
      </w:r>
      <w:proofErr w:type="gramStart"/>
      <w:r w:rsidRPr="00136D1A">
        <w:rPr>
          <w:lang w:val="ru-RU"/>
        </w:rPr>
        <w:t>н(</w:t>
      </w:r>
      <w:proofErr w:type="gramEnd"/>
      <w:r w:rsidRPr="00136D1A">
        <w:rPr>
          <w:lang w:val="ru-RU"/>
        </w:rPr>
        <w:t>а) с Политикой конфиденциальности и Политикой обработки персональных данных Оператора, размещенными на Сайте.</w:t>
      </w:r>
    </w:p>
    <w:p w:rsidR="00945C3C" w:rsidRPr="00136D1A" w:rsidRDefault="00136D1A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136D1A">
        <w:rPr>
          <w:lang w:val="ru-RU"/>
        </w:rPr>
        <w:t xml:space="preserve">Я предоставляю персональные данные </w:t>
      </w:r>
      <w:r w:rsidRPr="00136D1A">
        <w:rPr>
          <w:lang w:val="ru-RU"/>
        </w:rPr>
        <w:t>добровольно, своей волей и в своем интересе.</w:t>
      </w:r>
    </w:p>
    <w:sectPr w:rsidR="00945C3C" w:rsidRPr="00136D1A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D004C2B"/>
    <w:multiLevelType w:val="hybridMultilevel"/>
    <w:tmpl w:val="CA3E593E"/>
    <w:lvl w:ilvl="0" w:tplc="1BF85E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A7CE4C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51D272A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BFC45B08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DA3A791A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6636B6F8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F2E85676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55086702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29DA1278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6D1A"/>
    <w:rsid w:val="0015074B"/>
    <w:rsid w:val="0029639D"/>
    <w:rsid w:val="00326F90"/>
    <w:rsid w:val="00945C3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136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136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ingvyon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FD7CEF-858E-4C02-9436-70EA7FFA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Юлия Новикова</cp:lastModifiedBy>
  <cp:revision>2</cp:revision>
  <dcterms:created xsi:type="dcterms:W3CDTF">2026-08-25T22:37:00Z</dcterms:created>
  <dcterms:modified xsi:type="dcterms:W3CDTF">2026-08-25T22:37:00Z</dcterms:modified>
</cp:coreProperties>
</file>